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E189" w14:textId="6B3E76ED" w:rsidR="006E1E02" w:rsidRPr="006E1E02" w:rsidRDefault="006E1E02" w:rsidP="006E1E02">
      <w:pPr>
        <w:pStyle w:val="Odlomakpopisa"/>
        <w:numPr>
          <w:ilvl w:val="0"/>
          <w:numId w:val="10"/>
        </w:numPr>
        <w:jc w:val="right"/>
        <w:rPr>
          <w:b/>
          <w:bCs/>
        </w:rPr>
      </w:pPr>
      <w:r w:rsidRPr="006E1E02">
        <w:rPr>
          <w:b/>
          <w:bCs/>
        </w:rPr>
        <w:t xml:space="preserve">P R I J E D L O G </w:t>
      </w:r>
    </w:p>
    <w:p w14:paraId="3BC8CC16" w14:textId="6B3AD78B" w:rsidR="00F75EC9" w:rsidRDefault="00221FED">
      <w:pPr>
        <w:ind w:firstLine="567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95. </w:t>
      </w:r>
      <w:proofErr w:type="spellStart"/>
      <w:r>
        <w:t>stavka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komunalnom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("</w:t>
      </w:r>
      <w:proofErr w:type="spellStart"/>
      <w:r>
        <w:t>Narodne</w:t>
      </w:r>
      <w:proofErr w:type="spellEnd"/>
      <w:r>
        <w:t xml:space="preserve"> novine" </w:t>
      </w:r>
      <w:proofErr w:type="spellStart"/>
      <w:r>
        <w:t>broj</w:t>
      </w:r>
      <w:proofErr w:type="spellEnd"/>
      <w:r>
        <w:t xml:space="preserve"> 68/18, 110/18, 32/20 i 145/24) i </w:t>
      </w:r>
      <w:proofErr w:type="spellStart"/>
      <w:r>
        <w:t>članka</w:t>
      </w:r>
      <w:proofErr w:type="spellEnd"/>
      <w:r>
        <w:t xml:space="preserve"> 32. </w:t>
      </w:r>
      <w:proofErr w:type="spellStart"/>
      <w:r>
        <w:t>Statuta</w:t>
      </w:r>
      <w:proofErr w:type="spellEnd"/>
      <w:r>
        <w:t xml:space="preserve"> Grada Trilja ("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Grada Trilja" </w:t>
      </w:r>
      <w:proofErr w:type="spellStart"/>
      <w:r>
        <w:t>broj</w:t>
      </w:r>
      <w:proofErr w:type="spellEnd"/>
      <w:r>
        <w:t xml:space="preserve"> 03/09, 01/13, 02/18, 01/21, 05/23 i 09/23</w:t>
      </w:r>
      <w:r w:rsidR="00D57F9F">
        <w:t xml:space="preserve">, </w:t>
      </w:r>
      <w:r w:rsidR="00D57F9F" w:rsidRPr="00D57F9F">
        <w:t>07/25</w:t>
      </w:r>
      <w:r>
        <w:t xml:space="preserve">), </w:t>
      </w:r>
      <w:proofErr w:type="spellStart"/>
      <w:r>
        <w:t>Gradsko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Grada Trilja na ___.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__________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donijelo</w:t>
      </w:r>
      <w:proofErr w:type="spellEnd"/>
      <w:r>
        <w:t xml:space="preserve"> je</w:t>
      </w:r>
    </w:p>
    <w:p w14:paraId="3625F893" w14:textId="624ED1AF" w:rsidR="00F75EC9" w:rsidRPr="000552EF" w:rsidRDefault="00F75EC9" w:rsidP="006E1E02">
      <w:pPr>
        <w:spacing w:after="120"/>
      </w:pPr>
    </w:p>
    <w:p w14:paraId="69BDDFEA" w14:textId="648FEF99" w:rsidR="00F75EC9" w:rsidRPr="000552EF" w:rsidRDefault="00221FED">
      <w:pPr>
        <w:spacing w:after="40"/>
        <w:jc w:val="center"/>
      </w:pPr>
      <w:r w:rsidRPr="000552EF">
        <w:rPr>
          <w:b/>
          <w:sz w:val="26"/>
        </w:rPr>
        <w:t xml:space="preserve">O D L U K </w:t>
      </w:r>
      <w:r w:rsidR="006E1E02" w:rsidRPr="000552EF">
        <w:rPr>
          <w:b/>
          <w:sz w:val="26"/>
        </w:rPr>
        <w:t>U</w:t>
      </w:r>
    </w:p>
    <w:p w14:paraId="3443FCE9" w14:textId="77777777" w:rsidR="00F75EC9" w:rsidRPr="000552EF" w:rsidRDefault="00221FED">
      <w:pPr>
        <w:jc w:val="center"/>
      </w:pPr>
      <w:r w:rsidRPr="000552EF">
        <w:rPr>
          <w:b/>
          <w:sz w:val="24"/>
        </w:rPr>
        <w:t xml:space="preserve">o </w:t>
      </w:r>
      <w:proofErr w:type="spellStart"/>
      <w:r w:rsidRPr="000552EF">
        <w:rPr>
          <w:b/>
          <w:sz w:val="24"/>
        </w:rPr>
        <w:t>izmjenama</w:t>
      </w:r>
      <w:proofErr w:type="spellEnd"/>
      <w:r w:rsidRPr="000552EF">
        <w:rPr>
          <w:b/>
          <w:sz w:val="24"/>
        </w:rPr>
        <w:t xml:space="preserve"> i </w:t>
      </w:r>
      <w:proofErr w:type="spellStart"/>
      <w:r w:rsidRPr="000552EF">
        <w:rPr>
          <w:b/>
          <w:sz w:val="24"/>
        </w:rPr>
        <w:t>dopunama</w:t>
      </w:r>
      <w:proofErr w:type="spellEnd"/>
      <w:r w:rsidRPr="000552EF">
        <w:rPr>
          <w:b/>
          <w:sz w:val="24"/>
        </w:rPr>
        <w:t xml:space="preserve"> </w:t>
      </w:r>
      <w:proofErr w:type="spellStart"/>
      <w:r w:rsidRPr="000552EF">
        <w:rPr>
          <w:b/>
          <w:sz w:val="24"/>
        </w:rPr>
        <w:t>Odluke</w:t>
      </w:r>
      <w:proofErr w:type="spellEnd"/>
      <w:r w:rsidRPr="000552EF">
        <w:rPr>
          <w:b/>
          <w:sz w:val="24"/>
        </w:rPr>
        <w:t xml:space="preserve"> o </w:t>
      </w:r>
      <w:proofErr w:type="spellStart"/>
      <w:r w:rsidRPr="000552EF">
        <w:rPr>
          <w:b/>
          <w:sz w:val="24"/>
        </w:rPr>
        <w:t>komunalnoj</w:t>
      </w:r>
      <w:proofErr w:type="spellEnd"/>
      <w:r w:rsidRPr="000552EF">
        <w:rPr>
          <w:b/>
          <w:sz w:val="24"/>
        </w:rPr>
        <w:t xml:space="preserve"> </w:t>
      </w:r>
      <w:proofErr w:type="spellStart"/>
      <w:r w:rsidRPr="000552EF">
        <w:rPr>
          <w:b/>
          <w:sz w:val="24"/>
        </w:rPr>
        <w:t>naknadi</w:t>
      </w:r>
      <w:proofErr w:type="spellEnd"/>
    </w:p>
    <w:p w14:paraId="2F4A3583" w14:textId="77777777" w:rsidR="00F75EC9" w:rsidRPr="000552EF" w:rsidRDefault="00221FED">
      <w:pPr>
        <w:spacing w:before="160" w:after="80"/>
        <w:jc w:val="center"/>
      </w:pPr>
      <w:proofErr w:type="spellStart"/>
      <w:r w:rsidRPr="000552EF">
        <w:rPr>
          <w:b/>
        </w:rPr>
        <w:t>Članak</w:t>
      </w:r>
      <w:proofErr w:type="spellEnd"/>
      <w:r w:rsidRPr="000552EF">
        <w:rPr>
          <w:b/>
        </w:rPr>
        <w:t xml:space="preserve"> 1.</w:t>
      </w:r>
    </w:p>
    <w:p w14:paraId="331F5C62" w14:textId="77777777" w:rsidR="00AA0E00" w:rsidRPr="000552EF" w:rsidRDefault="00221FED">
      <w:pPr>
        <w:spacing w:after="120"/>
        <w:ind w:firstLine="567"/>
        <w:jc w:val="both"/>
      </w:pPr>
      <w:r w:rsidRPr="000552EF">
        <w:t xml:space="preserve">U </w:t>
      </w:r>
      <w:proofErr w:type="spellStart"/>
      <w:r w:rsidRPr="000552EF">
        <w:t>Odluci</w:t>
      </w:r>
      <w:proofErr w:type="spellEnd"/>
      <w:r w:rsidRPr="000552EF">
        <w:t xml:space="preserve"> o </w:t>
      </w:r>
      <w:proofErr w:type="spellStart"/>
      <w:r w:rsidRPr="000552EF">
        <w:t>komunalnoj</w:t>
      </w:r>
      <w:proofErr w:type="spellEnd"/>
      <w:r w:rsidRPr="000552EF">
        <w:t xml:space="preserve"> </w:t>
      </w:r>
      <w:proofErr w:type="spellStart"/>
      <w:r w:rsidRPr="000552EF">
        <w:t>naknadi</w:t>
      </w:r>
      <w:proofErr w:type="spellEnd"/>
      <w:r w:rsidRPr="000552EF">
        <w:t xml:space="preserve"> ("</w:t>
      </w:r>
      <w:proofErr w:type="spellStart"/>
      <w:r w:rsidRPr="000552EF">
        <w:t>Službeni</w:t>
      </w:r>
      <w:proofErr w:type="spellEnd"/>
      <w:r w:rsidRPr="000552EF">
        <w:t xml:space="preserve"> </w:t>
      </w:r>
      <w:proofErr w:type="spellStart"/>
      <w:r w:rsidRPr="000552EF">
        <w:t>glasnik</w:t>
      </w:r>
      <w:proofErr w:type="spellEnd"/>
      <w:r w:rsidRPr="000552EF">
        <w:t xml:space="preserve"> Grada Trilja" </w:t>
      </w:r>
      <w:proofErr w:type="spellStart"/>
      <w:r w:rsidRPr="000552EF">
        <w:t>broj</w:t>
      </w:r>
      <w:proofErr w:type="spellEnd"/>
      <w:r w:rsidRPr="000552EF">
        <w:t xml:space="preserve"> 02/19) u </w:t>
      </w:r>
      <w:proofErr w:type="spellStart"/>
      <w:r w:rsidRPr="000552EF">
        <w:t>članku</w:t>
      </w:r>
      <w:proofErr w:type="spellEnd"/>
      <w:r w:rsidRPr="000552EF">
        <w:t xml:space="preserve"> 1. </w:t>
      </w:r>
      <w:proofErr w:type="spellStart"/>
      <w:r w:rsidRPr="000552EF">
        <w:t>stavku</w:t>
      </w:r>
      <w:proofErr w:type="spellEnd"/>
      <w:r w:rsidRPr="000552EF">
        <w:t xml:space="preserve"> 1. </w:t>
      </w:r>
      <w:proofErr w:type="spellStart"/>
      <w:r w:rsidR="00AD191A" w:rsidRPr="000552EF">
        <w:t>iza</w:t>
      </w:r>
      <w:proofErr w:type="spellEnd"/>
      <w:r w:rsidR="00AD191A" w:rsidRPr="000552EF">
        <w:t xml:space="preserve"> </w:t>
      </w:r>
      <w:proofErr w:type="spellStart"/>
      <w:r w:rsidR="00AD191A" w:rsidRPr="000552EF">
        <w:t>podstavka</w:t>
      </w:r>
      <w:proofErr w:type="spellEnd"/>
      <w:r w:rsidR="00AD191A" w:rsidRPr="000552EF">
        <w:t xml:space="preserve"> 3. </w:t>
      </w:r>
      <w:proofErr w:type="spellStart"/>
      <w:r w:rsidR="00AD191A" w:rsidRPr="000552EF">
        <w:t>dodaje</w:t>
      </w:r>
      <w:proofErr w:type="spellEnd"/>
      <w:r w:rsidR="00AD191A" w:rsidRPr="000552EF">
        <w:t xml:space="preserve"> se novi </w:t>
      </w:r>
      <w:proofErr w:type="spellStart"/>
      <w:r w:rsidR="00AD191A" w:rsidRPr="000552EF">
        <w:t>podstavak</w:t>
      </w:r>
      <w:proofErr w:type="spellEnd"/>
      <w:r w:rsidR="00AD191A" w:rsidRPr="000552EF">
        <w:t xml:space="preserve"> 4. koji </w:t>
      </w:r>
      <w:proofErr w:type="spellStart"/>
      <w:r w:rsidR="00AD191A" w:rsidRPr="000552EF">
        <w:t>glasi</w:t>
      </w:r>
      <w:proofErr w:type="spellEnd"/>
      <w:r w:rsidR="009739F3" w:rsidRPr="000552EF">
        <w:t>:</w:t>
      </w:r>
    </w:p>
    <w:p w14:paraId="4CF3A547" w14:textId="4264E12D" w:rsidR="00F75EC9" w:rsidRPr="000552EF" w:rsidRDefault="009739F3">
      <w:pPr>
        <w:spacing w:after="120"/>
        <w:ind w:firstLine="567"/>
        <w:jc w:val="both"/>
        <w:rPr>
          <w:i/>
          <w:iCs/>
        </w:rPr>
      </w:pPr>
      <w:r w:rsidRPr="000552EF">
        <w:t xml:space="preserve"> </w:t>
      </w:r>
      <w:r w:rsidR="00221FED" w:rsidRPr="000552EF">
        <w:rPr>
          <w:i/>
          <w:iCs/>
        </w:rPr>
        <w:t>"</w:t>
      </w:r>
      <w:r w:rsidR="00AA0E00" w:rsidRPr="000552EF">
        <w:rPr>
          <w:i/>
          <w:iCs/>
        </w:rPr>
        <w:t>-</w:t>
      </w:r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način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utvrđivanja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obračunske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površine</w:t>
      </w:r>
      <w:proofErr w:type="spellEnd"/>
      <w:r w:rsidR="00221FED" w:rsidRPr="000552EF">
        <w:rPr>
          <w:i/>
          <w:iCs/>
        </w:rPr>
        <w:t xml:space="preserve"> za </w:t>
      </w:r>
      <w:proofErr w:type="spellStart"/>
      <w:r w:rsidR="00221FED" w:rsidRPr="000552EF">
        <w:rPr>
          <w:i/>
          <w:iCs/>
        </w:rPr>
        <w:t>pojedine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vrste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nekretnina</w:t>
      </w:r>
      <w:proofErr w:type="spellEnd"/>
      <w:r w:rsidR="00221FED" w:rsidRPr="000552EF">
        <w:rPr>
          <w:i/>
          <w:iCs/>
        </w:rPr>
        <w:t xml:space="preserve"> i </w:t>
      </w:r>
      <w:proofErr w:type="spellStart"/>
      <w:r w:rsidR="00221FED" w:rsidRPr="000552EF">
        <w:rPr>
          <w:i/>
          <w:iCs/>
        </w:rPr>
        <w:t>složene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funkcionalne</w:t>
      </w:r>
      <w:proofErr w:type="spellEnd"/>
      <w:r w:rsidR="00221FED" w:rsidRPr="000552EF">
        <w:rPr>
          <w:i/>
          <w:iCs/>
        </w:rPr>
        <w:t xml:space="preserve"> </w:t>
      </w:r>
      <w:proofErr w:type="spellStart"/>
      <w:r w:rsidR="00221FED" w:rsidRPr="000552EF">
        <w:rPr>
          <w:i/>
          <w:iCs/>
        </w:rPr>
        <w:t>cjeline</w:t>
      </w:r>
      <w:proofErr w:type="spellEnd"/>
      <w:r w:rsidR="00221FED" w:rsidRPr="000552EF">
        <w:rPr>
          <w:i/>
          <w:iCs/>
        </w:rPr>
        <w:t>".</w:t>
      </w:r>
      <w:r w:rsidR="00863517" w:rsidRPr="000552EF">
        <w:rPr>
          <w:i/>
          <w:iCs/>
        </w:rPr>
        <w:t xml:space="preserve"> </w:t>
      </w:r>
    </w:p>
    <w:p w14:paraId="70E62975" w14:textId="4446FEA6" w:rsidR="00AA0E00" w:rsidRPr="00AA0E00" w:rsidRDefault="00AA0E00" w:rsidP="00AA0E00">
      <w:pPr>
        <w:spacing w:after="120"/>
        <w:ind w:firstLine="567"/>
        <w:jc w:val="both"/>
      </w:pPr>
      <w:proofErr w:type="spellStart"/>
      <w:r w:rsidRPr="00AA0E00">
        <w:t>Dosadašnji</w:t>
      </w:r>
      <w:proofErr w:type="spellEnd"/>
      <w:r w:rsidRPr="00AA0E00">
        <w:t xml:space="preserve"> </w:t>
      </w:r>
      <w:proofErr w:type="spellStart"/>
      <w:r w:rsidRPr="00AA0E00">
        <w:t>podstavci</w:t>
      </w:r>
      <w:proofErr w:type="spellEnd"/>
      <w:r w:rsidRPr="00AA0E00">
        <w:t xml:space="preserve"> 4.,5.</w:t>
      </w:r>
      <w:r w:rsidR="00B9521A">
        <w:t>,</w:t>
      </w:r>
      <w:r w:rsidRPr="00AA0E00">
        <w:t xml:space="preserve"> 6</w:t>
      </w:r>
      <w:r w:rsidR="00B9521A">
        <w:t xml:space="preserve">. i 7. </w:t>
      </w:r>
      <w:r w:rsidRPr="00AA0E00">
        <w:t xml:space="preserve"> </w:t>
      </w:r>
      <w:proofErr w:type="spellStart"/>
      <w:r w:rsidRPr="00AA0E00">
        <w:t>postaju</w:t>
      </w:r>
      <w:proofErr w:type="spellEnd"/>
      <w:r w:rsidRPr="00AA0E00">
        <w:t xml:space="preserve"> </w:t>
      </w:r>
      <w:proofErr w:type="spellStart"/>
      <w:r w:rsidRPr="00AA0E00">
        <w:t>podstavci</w:t>
      </w:r>
      <w:proofErr w:type="spellEnd"/>
      <w:r w:rsidRPr="00AA0E00">
        <w:t xml:space="preserve"> </w:t>
      </w:r>
      <w:r w:rsidR="00B9521A">
        <w:t>5</w:t>
      </w:r>
      <w:r w:rsidRPr="00AA0E00">
        <w:t>.,6.</w:t>
      </w:r>
      <w:r w:rsidR="00B9521A">
        <w:t>,</w:t>
      </w:r>
      <w:r w:rsidRPr="00AA0E00">
        <w:t xml:space="preserve"> 7</w:t>
      </w:r>
      <w:r w:rsidR="00B9521A">
        <w:t>. i 8</w:t>
      </w:r>
      <w:r w:rsidRPr="00AA0E00">
        <w:t xml:space="preserve">. </w:t>
      </w:r>
    </w:p>
    <w:p w14:paraId="327FEE4F" w14:textId="77777777" w:rsidR="00AA0E00" w:rsidRPr="00AA0E00" w:rsidRDefault="00AA0E00">
      <w:pPr>
        <w:spacing w:after="120"/>
        <w:ind w:firstLine="567"/>
        <w:jc w:val="both"/>
      </w:pPr>
    </w:p>
    <w:p w14:paraId="3A186198" w14:textId="77777777" w:rsidR="00F75EC9" w:rsidRPr="000552EF" w:rsidRDefault="00221FED">
      <w:pPr>
        <w:spacing w:before="160" w:after="80"/>
        <w:jc w:val="center"/>
      </w:pPr>
      <w:proofErr w:type="spellStart"/>
      <w:r w:rsidRPr="000552EF">
        <w:rPr>
          <w:b/>
        </w:rPr>
        <w:t>Članak</w:t>
      </w:r>
      <w:proofErr w:type="spellEnd"/>
      <w:r w:rsidRPr="000552EF">
        <w:rPr>
          <w:b/>
        </w:rPr>
        <w:t xml:space="preserve"> 2.</w:t>
      </w:r>
    </w:p>
    <w:p w14:paraId="5464E506" w14:textId="77777777" w:rsidR="00F75EC9" w:rsidRPr="000552EF" w:rsidRDefault="00221FED">
      <w:pPr>
        <w:spacing w:after="120"/>
        <w:ind w:firstLine="567"/>
        <w:jc w:val="both"/>
      </w:pPr>
      <w:r w:rsidRPr="000552EF">
        <w:t xml:space="preserve">Iza </w:t>
      </w:r>
      <w:proofErr w:type="spellStart"/>
      <w:r w:rsidRPr="000552EF">
        <w:t>članka</w:t>
      </w:r>
      <w:proofErr w:type="spellEnd"/>
      <w:r w:rsidRPr="000552EF">
        <w:t xml:space="preserve"> 3. </w:t>
      </w:r>
      <w:proofErr w:type="spellStart"/>
      <w:r w:rsidRPr="000552EF">
        <w:t>dodaje</w:t>
      </w:r>
      <w:proofErr w:type="spellEnd"/>
      <w:r w:rsidRPr="000552EF">
        <w:t xml:space="preserve"> se novi </w:t>
      </w:r>
      <w:proofErr w:type="spellStart"/>
      <w:r w:rsidRPr="000552EF">
        <w:t>članak</w:t>
      </w:r>
      <w:proofErr w:type="spellEnd"/>
      <w:r w:rsidRPr="000552EF">
        <w:t xml:space="preserve"> 3.a koji </w:t>
      </w:r>
      <w:proofErr w:type="spellStart"/>
      <w:r w:rsidRPr="000552EF">
        <w:t>glasi</w:t>
      </w:r>
      <w:proofErr w:type="spellEnd"/>
      <w:r w:rsidRPr="000552EF">
        <w:t>:</w:t>
      </w:r>
    </w:p>
    <w:p w14:paraId="3DB30B18" w14:textId="77777777" w:rsidR="00F75EC9" w:rsidRPr="000552EF" w:rsidRDefault="00221FED">
      <w:pPr>
        <w:spacing w:after="80"/>
        <w:jc w:val="center"/>
        <w:rPr>
          <w:i/>
          <w:iCs/>
        </w:rPr>
      </w:pPr>
      <w:r w:rsidRPr="000552EF">
        <w:rPr>
          <w:b/>
          <w:i/>
          <w:iCs/>
        </w:rPr>
        <w:t>"</w:t>
      </w:r>
      <w:proofErr w:type="spellStart"/>
      <w:r w:rsidRPr="000552EF">
        <w:rPr>
          <w:b/>
          <w:i/>
          <w:iCs/>
        </w:rPr>
        <w:t>Članak</w:t>
      </w:r>
      <w:proofErr w:type="spellEnd"/>
      <w:r w:rsidRPr="000552EF">
        <w:rPr>
          <w:b/>
          <w:i/>
          <w:iCs/>
        </w:rPr>
        <w:t xml:space="preserve"> 3.a</w:t>
      </w:r>
    </w:p>
    <w:p w14:paraId="18BD717C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t xml:space="preserve">(1) U </w:t>
      </w:r>
      <w:proofErr w:type="spellStart"/>
      <w:r w:rsidRPr="000552EF">
        <w:rPr>
          <w:i/>
          <w:iCs/>
        </w:rPr>
        <w:t>smislu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ove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Odluke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građevinskim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zemljištem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služi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obavljanju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poslovne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smatra</w:t>
      </w:r>
      <w:proofErr w:type="spellEnd"/>
      <w:r w:rsidRPr="000552EF">
        <w:rPr>
          <w:i/>
          <w:iCs/>
        </w:rPr>
        <w:t xml:space="preserve"> se </w:t>
      </w:r>
      <w:proofErr w:type="spellStart"/>
      <w:r w:rsidRPr="000552EF">
        <w:rPr>
          <w:i/>
          <w:iCs/>
        </w:rPr>
        <w:t>zemljište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je </w:t>
      </w:r>
      <w:proofErr w:type="spellStart"/>
      <w:r w:rsidRPr="000552EF">
        <w:rPr>
          <w:i/>
          <w:iCs/>
        </w:rPr>
        <w:t>prema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stvarnom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stanju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korištenja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aktima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prostornog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uređenja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gradnje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projektnoj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dokumentaciji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geodetskoj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dokumentaciji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katastarskim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podacima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uporabnoj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dozvoli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očevidu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ili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drugoj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vjerodostojnoj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dokumentaciji</w:t>
      </w:r>
      <w:proofErr w:type="spellEnd"/>
      <w:r w:rsidRPr="000552EF">
        <w:rPr>
          <w:i/>
          <w:iCs/>
        </w:rPr>
        <w:t xml:space="preserve"> u </w:t>
      </w:r>
      <w:proofErr w:type="spellStart"/>
      <w:r w:rsidRPr="000552EF">
        <w:rPr>
          <w:i/>
          <w:iCs/>
        </w:rPr>
        <w:t>funkciji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obavljanja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poslovne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>.</w:t>
      </w:r>
    </w:p>
    <w:p w14:paraId="36B76CC0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t xml:space="preserve">(2) Za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proizvodnju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električne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energije</w:t>
      </w:r>
      <w:proofErr w:type="spellEnd"/>
      <w:r w:rsidRPr="000552EF">
        <w:rPr>
          <w:i/>
          <w:iCs/>
        </w:rPr>
        <w:t xml:space="preserve"> iz </w:t>
      </w:r>
      <w:proofErr w:type="spellStart"/>
      <w:r w:rsidRPr="000552EF">
        <w:rPr>
          <w:i/>
          <w:iCs/>
        </w:rPr>
        <w:t>obnovljivih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izvora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energije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uključujući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vjetroelektrane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sunčane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odnosno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solarne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elektrane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druga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usporediva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energetska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građevinskim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zemljištem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služi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obavljanju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poslovne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smatraju</w:t>
      </w:r>
      <w:proofErr w:type="spellEnd"/>
      <w:r w:rsidRPr="000552EF">
        <w:rPr>
          <w:i/>
          <w:iCs/>
        </w:rPr>
        <w:t xml:space="preserve"> se </w:t>
      </w:r>
      <w:proofErr w:type="spellStart"/>
      <w:r w:rsidRPr="000552EF">
        <w:rPr>
          <w:i/>
          <w:iCs/>
        </w:rPr>
        <w:t>osobito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zemljišta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čine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funkcionalnu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cjelinu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su</w:t>
      </w:r>
      <w:proofErr w:type="spellEnd"/>
      <w:r w:rsidRPr="000552EF">
        <w:rPr>
          <w:i/>
          <w:iCs/>
        </w:rPr>
        <w:t xml:space="preserve"> u </w:t>
      </w:r>
      <w:proofErr w:type="spellStart"/>
      <w:r w:rsidRPr="000552EF">
        <w:rPr>
          <w:i/>
          <w:iCs/>
        </w:rPr>
        <w:t>funkciji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proizvodnje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električne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energije</w:t>
      </w:r>
      <w:proofErr w:type="spellEnd"/>
      <w:r w:rsidRPr="000552EF">
        <w:rPr>
          <w:i/>
          <w:iCs/>
        </w:rPr>
        <w:t>.</w:t>
      </w:r>
    </w:p>
    <w:p w14:paraId="35D3DF43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t xml:space="preserve">(3) </w:t>
      </w:r>
      <w:proofErr w:type="spellStart"/>
      <w:r w:rsidRPr="000552EF">
        <w:rPr>
          <w:i/>
          <w:iCs/>
        </w:rPr>
        <w:t>Površine</w:t>
      </w:r>
      <w:proofErr w:type="spellEnd"/>
      <w:r w:rsidRPr="000552EF">
        <w:rPr>
          <w:i/>
          <w:iCs/>
        </w:rPr>
        <w:t xml:space="preserve"> iz </w:t>
      </w:r>
      <w:proofErr w:type="spellStart"/>
      <w:r w:rsidRPr="000552EF">
        <w:rPr>
          <w:i/>
          <w:iCs/>
        </w:rPr>
        <w:t>stavka</w:t>
      </w:r>
      <w:proofErr w:type="spellEnd"/>
      <w:r w:rsidRPr="000552EF">
        <w:rPr>
          <w:i/>
          <w:iCs/>
        </w:rPr>
        <w:t xml:space="preserve"> 2. </w:t>
      </w:r>
      <w:proofErr w:type="spellStart"/>
      <w:r w:rsidRPr="000552EF">
        <w:rPr>
          <w:i/>
          <w:iCs/>
        </w:rPr>
        <w:t>ovoga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članka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mogu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obuhvatiti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ovisno</w:t>
      </w:r>
      <w:proofErr w:type="spellEnd"/>
      <w:r w:rsidRPr="000552EF">
        <w:rPr>
          <w:i/>
          <w:iCs/>
        </w:rPr>
        <w:t xml:space="preserve"> o </w:t>
      </w:r>
      <w:proofErr w:type="spellStart"/>
      <w:r w:rsidRPr="000552EF">
        <w:rPr>
          <w:i/>
          <w:iCs/>
        </w:rPr>
        <w:t>vrsti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stvarnom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stanju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površine</w:t>
      </w:r>
      <w:proofErr w:type="spellEnd"/>
      <w:r w:rsidRPr="000552EF">
        <w:rPr>
          <w:i/>
          <w:iCs/>
        </w:rPr>
        <w:t xml:space="preserve"> pod </w:t>
      </w:r>
      <w:proofErr w:type="spellStart"/>
      <w:r w:rsidRPr="000552EF">
        <w:rPr>
          <w:i/>
          <w:iCs/>
        </w:rPr>
        <w:t>proizvodnim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elementima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temeljima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stupovima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nosačima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panelima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platoima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internim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prometnicama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pristupnim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servisnim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putovima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unutar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funkcionalne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cjeline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manipulativnim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servisnim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inverterima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trafostanicama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upravljačkim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tehničkim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objektima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priključnim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pomoćnim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dijelovima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postrojenja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te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drugim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nužne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ili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neposredno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povezane</w:t>
      </w:r>
      <w:proofErr w:type="spellEnd"/>
      <w:r w:rsidRPr="000552EF">
        <w:rPr>
          <w:i/>
          <w:iCs/>
        </w:rPr>
        <w:t xml:space="preserve"> s </w:t>
      </w:r>
      <w:proofErr w:type="spellStart"/>
      <w:r w:rsidRPr="000552EF">
        <w:rPr>
          <w:i/>
          <w:iCs/>
        </w:rPr>
        <w:t>obavljanjem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proizvodnje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električne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energije</w:t>
      </w:r>
      <w:proofErr w:type="spellEnd"/>
      <w:r w:rsidRPr="000552EF">
        <w:rPr>
          <w:i/>
          <w:iCs/>
        </w:rPr>
        <w:t>.</w:t>
      </w:r>
    </w:p>
    <w:p w14:paraId="1C28DB31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t xml:space="preserve">(4) </w:t>
      </w:r>
      <w:proofErr w:type="spellStart"/>
      <w:r w:rsidRPr="000552EF">
        <w:rPr>
          <w:i/>
          <w:iCs/>
        </w:rPr>
        <w:t>Kod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utvrđivanja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obračunske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površine</w:t>
      </w:r>
      <w:proofErr w:type="spellEnd"/>
      <w:r w:rsidRPr="000552EF">
        <w:rPr>
          <w:i/>
          <w:iCs/>
        </w:rPr>
        <w:t xml:space="preserve"> ne </w:t>
      </w:r>
      <w:proofErr w:type="spellStart"/>
      <w:r w:rsidRPr="000552EF">
        <w:rPr>
          <w:i/>
          <w:iCs/>
        </w:rPr>
        <w:t>uzima</w:t>
      </w:r>
      <w:proofErr w:type="spellEnd"/>
      <w:r w:rsidRPr="000552EF">
        <w:rPr>
          <w:i/>
          <w:iCs/>
        </w:rPr>
        <w:t xml:space="preserve"> se </w:t>
      </w:r>
      <w:proofErr w:type="spellStart"/>
      <w:r w:rsidRPr="000552EF">
        <w:rPr>
          <w:i/>
          <w:iCs/>
        </w:rPr>
        <w:t>automatski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ukupna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katastarske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čestice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ili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ukupna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obuhvata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zahvata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nego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samo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koja</w:t>
      </w:r>
      <w:proofErr w:type="spellEnd"/>
      <w:r w:rsidRPr="000552EF">
        <w:rPr>
          <w:i/>
          <w:iCs/>
        </w:rPr>
        <w:t xml:space="preserve"> je </w:t>
      </w:r>
      <w:proofErr w:type="spellStart"/>
      <w:r w:rsidRPr="000552EF">
        <w:rPr>
          <w:i/>
          <w:iCs/>
        </w:rPr>
        <w:t>utvrđena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kao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stvarna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funkcionalna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nekretnine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odnosno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zemljišta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služi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obavljanju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poslovne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osim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ako</w:t>
      </w:r>
      <w:proofErr w:type="spellEnd"/>
      <w:r w:rsidRPr="000552EF">
        <w:rPr>
          <w:i/>
          <w:iCs/>
        </w:rPr>
        <w:t xml:space="preserve"> je iz </w:t>
      </w:r>
      <w:proofErr w:type="spellStart"/>
      <w:r w:rsidRPr="000552EF">
        <w:rPr>
          <w:i/>
          <w:iCs/>
        </w:rPr>
        <w:t>dokaza</w:t>
      </w:r>
      <w:proofErr w:type="spellEnd"/>
      <w:r w:rsidRPr="000552EF">
        <w:rPr>
          <w:i/>
          <w:iCs/>
        </w:rPr>
        <w:t xml:space="preserve"> u </w:t>
      </w:r>
      <w:proofErr w:type="spellStart"/>
      <w:r w:rsidRPr="000552EF">
        <w:rPr>
          <w:i/>
          <w:iCs/>
        </w:rPr>
        <w:t>postupku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nedvojbeno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utvrđeno</w:t>
      </w:r>
      <w:proofErr w:type="spellEnd"/>
      <w:r w:rsidRPr="000552EF">
        <w:rPr>
          <w:i/>
          <w:iCs/>
        </w:rPr>
        <w:t xml:space="preserve"> da se </w:t>
      </w:r>
      <w:proofErr w:type="spellStart"/>
      <w:r w:rsidRPr="000552EF">
        <w:rPr>
          <w:i/>
          <w:iCs/>
        </w:rPr>
        <w:t>cijela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katastarska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čestica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ili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cijeli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obuhvat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zahvata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koristi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obavljanje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poslovne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djelatnosti</w:t>
      </w:r>
      <w:proofErr w:type="spellEnd"/>
      <w:r w:rsidRPr="000552EF">
        <w:rPr>
          <w:i/>
          <w:iCs/>
        </w:rPr>
        <w:t>.</w:t>
      </w:r>
    </w:p>
    <w:p w14:paraId="666DB613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lastRenderedPageBreak/>
        <w:t xml:space="preserve">(5) </w:t>
      </w:r>
      <w:proofErr w:type="spellStart"/>
      <w:r w:rsidRPr="000552EF">
        <w:rPr>
          <w:i/>
          <w:iCs/>
        </w:rPr>
        <w:t>Odredbe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ovoga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članka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primjenjuju</w:t>
      </w:r>
      <w:proofErr w:type="spellEnd"/>
      <w:r w:rsidRPr="000552EF">
        <w:rPr>
          <w:i/>
          <w:iCs/>
        </w:rPr>
        <w:t xml:space="preserve"> se pod </w:t>
      </w:r>
      <w:proofErr w:type="spellStart"/>
      <w:r w:rsidRPr="000552EF">
        <w:rPr>
          <w:i/>
          <w:iCs/>
        </w:rPr>
        <w:t>uvjetom</w:t>
      </w:r>
      <w:proofErr w:type="spellEnd"/>
      <w:r w:rsidRPr="000552EF">
        <w:rPr>
          <w:i/>
          <w:iCs/>
        </w:rPr>
        <w:t xml:space="preserve"> da </w:t>
      </w:r>
      <w:proofErr w:type="spellStart"/>
      <w:r w:rsidRPr="000552EF">
        <w:rPr>
          <w:i/>
          <w:iCs/>
        </w:rPr>
        <w:t>su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predmetnu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nekretninu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ispunjeni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uvjeti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propisani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Zakonom</w:t>
      </w:r>
      <w:proofErr w:type="spellEnd"/>
      <w:r w:rsidRPr="000552EF">
        <w:rPr>
          <w:i/>
          <w:iCs/>
        </w:rPr>
        <w:t xml:space="preserve"> o </w:t>
      </w:r>
      <w:proofErr w:type="spellStart"/>
      <w:r w:rsidRPr="000552EF">
        <w:rPr>
          <w:i/>
          <w:iCs/>
        </w:rPr>
        <w:t>komunalnom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gospodarstvu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plaćanje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komunalne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naknade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osobito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uvjeti</w:t>
      </w:r>
      <w:proofErr w:type="spellEnd"/>
      <w:r w:rsidRPr="000552EF">
        <w:rPr>
          <w:i/>
          <w:iCs/>
        </w:rPr>
        <w:t xml:space="preserve"> koji se </w:t>
      </w:r>
      <w:proofErr w:type="spellStart"/>
      <w:r w:rsidRPr="000552EF">
        <w:rPr>
          <w:i/>
          <w:iCs/>
        </w:rPr>
        <w:t>odnose</w:t>
      </w:r>
      <w:proofErr w:type="spellEnd"/>
      <w:r w:rsidRPr="000552EF">
        <w:rPr>
          <w:i/>
          <w:iCs/>
        </w:rPr>
        <w:t xml:space="preserve"> na </w:t>
      </w:r>
      <w:proofErr w:type="spellStart"/>
      <w:r w:rsidRPr="000552EF">
        <w:rPr>
          <w:i/>
          <w:iCs/>
        </w:rPr>
        <w:t>područje</w:t>
      </w:r>
      <w:proofErr w:type="spellEnd"/>
      <w:r w:rsidRPr="000552EF">
        <w:rPr>
          <w:i/>
          <w:iCs/>
        </w:rPr>
        <w:t xml:space="preserve"> na </w:t>
      </w:r>
      <w:proofErr w:type="spellStart"/>
      <w:r w:rsidRPr="000552EF">
        <w:rPr>
          <w:i/>
          <w:iCs/>
        </w:rPr>
        <w:t>kojem</w:t>
      </w:r>
      <w:proofErr w:type="spellEnd"/>
      <w:r w:rsidRPr="000552EF">
        <w:rPr>
          <w:i/>
          <w:iCs/>
        </w:rPr>
        <w:t xml:space="preserve"> se </w:t>
      </w:r>
      <w:proofErr w:type="spellStart"/>
      <w:r w:rsidRPr="000552EF">
        <w:rPr>
          <w:i/>
          <w:iCs/>
        </w:rPr>
        <w:t>komunalna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naknada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naplaćuje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komunalnu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opremljenost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područja</w:t>
      </w:r>
      <w:proofErr w:type="spellEnd"/>
      <w:r w:rsidRPr="000552EF">
        <w:rPr>
          <w:i/>
          <w:iCs/>
        </w:rPr>
        <w:t>."</w:t>
      </w:r>
    </w:p>
    <w:p w14:paraId="10FF516F" w14:textId="77777777" w:rsidR="00297BAF" w:rsidRPr="000552EF" w:rsidRDefault="00297BAF">
      <w:pPr>
        <w:spacing w:after="120"/>
        <w:ind w:firstLine="567"/>
        <w:jc w:val="both"/>
      </w:pPr>
    </w:p>
    <w:p w14:paraId="19EED77D" w14:textId="77777777" w:rsidR="00F75EC9" w:rsidRPr="000552EF" w:rsidRDefault="00221FED">
      <w:pPr>
        <w:spacing w:before="160" w:after="80"/>
        <w:jc w:val="center"/>
      </w:pPr>
      <w:proofErr w:type="spellStart"/>
      <w:r w:rsidRPr="000552EF">
        <w:rPr>
          <w:b/>
        </w:rPr>
        <w:t>Članak</w:t>
      </w:r>
      <w:proofErr w:type="spellEnd"/>
      <w:r w:rsidRPr="000552EF">
        <w:rPr>
          <w:b/>
        </w:rPr>
        <w:t xml:space="preserve"> 3.</w:t>
      </w:r>
    </w:p>
    <w:p w14:paraId="7ACD8F0D" w14:textId="77777777" w:rsidR="00F75EC9" w:rsidRPr="000552EF" w:rsidRDefault="00221FED">
      <w:pPr>
        <w:spacing w:after="120"/>
        <w:ind w:firstLine="567"/>
        <w:jc w:val="both"/>
      </w:pPr>
      <w:r w:rsidRPr="000552EF">
        <w:t xml:space="preserve">U </w:t>
      </w:r>
      <w:proofErr w:type="spellStart"/>
      <w:r w:rsidRPr="000552EF">
        <w:t>članku</w:t>
      </w:r>
      <w:proofErr w:type="spellEnd"/>
      <w:r w:rsidRPr="000552EF">
        <w:t xml:space="preserve"> 4. </w:t>
      </w:r>
      <w:proofErr w:type="spellStart"/>
      <w:r w:rsidRPr="000552EF">
        <w:t>iza</w:t>
      </w:r>
      <w:proofErr w:type="spellEnd"/>
      <w:r w:rsidRPr="000552EF">
        <w:t xml:space="preserve"> </w:t>
      </w:r>
      <w:proofErr w:type="spellStart"/>
      <w:r w:rsidRPr="000552EF">
        <w:t>stavka</w:t>
      </w:r>
      <w:proofErr w:type="spellEnd"/>
      <w:r w:rsidRPr="000552EF">
        <w:t xml:space="preserve"> 4. </w:t>
      </w:r>
      <w:proofErr w:type="spellStart"/>
      <w:r w:rsidRPr="000552EF">
        <w:t>dodaje</w:t>
      </w:r>
      <w:proofErr w:type="spellEnd"/>
      <w:r w:rsidRPr="000552EF">
        <w:t xml:space="preserve"> se novi </w:t>
      </w:r>
      <w:proofErr w:type="spellStart"/>
      <w:r w:rsidRPr="000552EF">
        <w:t>stavak</w:t>
      </w:r>
      <w:proofErr w:type="spellEnd"/>
      <w:r w:rsidRPr="000552EF">
        <w:t xml:space="preserve"> 5. koji </w:t>
      </w:r>
      <w:proofErr w:type="spellStart"/>
      <w:r w:rsidRPr="000552EF">
        <w:t>glasi</w:t>
      </w:r>
      <w:proofErr w:type="spellEnd"/>
      <w:r w:rsidRPr="000552EF">
        <w:t>:</w:t>
      </w:r>
    </w:p>
    <w:p w14:paraId="3AF5F237" w14:textId="77777777" w:rsidR="00F75EC9" w:rsidRPr="000552EF" w:rsidRDefault="00221FED">
      <w:pPr>
        <w:spacing w:after="120"/>
        <w:ind w:firstLine="567"/>
        <w:jc w:val="both"/>
        <w:rPr>
          <w:i/>
          <w:iCs/>
        </w:rPr>
      </w:pPr>
      <w:r w:rsidRPr="000552EF">
        <w:rPr>
          <w:i/>
          <w:iCs/>
        </w:rPr>
        <w:t xml:space="preserve">"(5) Na </w:t>
      </w:r>
      <w:proofErr w:type="spellStart"/>
      <w:r w:rsidRPr="000552EF">
        <w:rPr>
          <w:i/>
          <w:iCs/>
        </w:rPr>
        <w:t>zahtjev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upravnog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odjela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nadležnog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komunalno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gospodarstvo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obveznik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komunalne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naknade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dužan</w:t>
      </w:r>
      <w:proofErr w:type="spellEnd"/>
      <w:r w:rsidRPr="000552EF">
        <w:rPr>
          <w:i/>
          <w:iCs/>
        </w:rPr>
        <w:t xml:space="preserve"> je </w:t>
      </w:r>
      <w:proofErr w:type="spellStart"/>
      <w:r w:rsidRPr="000552EF">
        <w:rPr>
          <w:i/>
          <w:iCs/>
        </w:rPr>
        <w:t>dostaviti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podatke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dokumentaciju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potrebnu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utvrđivanje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obveznika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namjene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obračunske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površine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drugih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činjenica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bitnih</w:t>
      </w:r>
      <w:proofErr w:type="spellEnd"/>
      <w:r w:rsidRPr="000552EF">
        <w:rPr>
          <w:i/>
          <w:iCs/>
        </w:rPr>
        <w:t xml:space="preserve"> za </w:t>
      </w:r>
      <w:proofErr w:type="spellStart"/>
      <w:r w:rsidRPr="000552EF">
        <w:rPr>
          <w:i/>
          <w:iCs/>
        </w:rPr>
        <w:t>donošenje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rješenja</w:t>
      </w:r>
      <w:proofErr w:type="spellEnd"/>
      <w:r w:rsidRPr="000552EF">
        <w:rPr>
          <w:i/>
          <w:iCs/>
        </w:rPr>
        <w:t xml:space="preserve"> o </w:t>
      </w:r>
      <w:proofErr w:type="spellStart"/>
      <w:r w:rsidRPr="000552EF">
        <w:rPr>
          <w:i/>
          <w:iCs/>
        </w:rPr>
        <w:t>komunalnoj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naknadi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uključujući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akte</w:t>
      </w:r>
      <w:proofErr w:type="spellEnd"/>
      <w:r w:rsidRPr="000552EF">
        <w:rPr>
          <w:i/>
          <w:iCs/>
        </w:rPr>
        <w:t xml:space="preserve"> o </w:t>
      </w:r>
      <w:proofErr w:type="spellStart"/>
      <w:r w:rsidRPr="000552EF">
        <w:rPr>
          <w:i/>
          <w:iCs/>
        </w:rPr>
        <w:t>građenju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uporabi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projektnu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dokumentaciju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geodetske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podloge</w:t>
      </w:r>
      <w:proofErr w:type="spellEnd"/>
      <w:r w:rsidRPr="000552EF">
        <w:rPr>
          <w:i/>
          <w:iCs/>
        </w:rPr>
        <w:t xml:space="preserve">, </w:t>
      </w:r>
      <w:proofErr w:type="spellStart"/>
      <w:r w:rsidRPr="000552EF">
        <w:rPr>
          <w:i/>
          <w:iCs/>
        </w:rPr>
        <w:t>podatke</w:t>
      </w:r>
      <w:proofErr w:type="spellEnd"/>
      <w:r w:rsidRPr="000552EF">
        <w:rPr>
          <w:i/>
          <w:iCs/>
        </w:rPr>
        <w:t xml:space="preserve"> o </w:t>
      </w:r>
      <w:proofErr w:type="spellStart"/>
      <w:r w:rsidRPr="000552EF">
        <w:rPr>
          <w:i/>
          <w:iCs/>
        </w:rPr>
        <w:t>stvarnom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korištenju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nekretnine</w:t>
      </w:r>
      <w:proofErr w:type="spellEnd"/>
      <w:r w:rsidRPr="000552EF">
        <w:rPr>
          <w:i/>
          <w:iCs/>
        </w:rPr>
        <w:t xml:space="preserve"> i </w:t>
      </w:r>
      <w:proofErr w:type="spellStart"/>
      <w:r w:rsidRPr="000552EF">
        <w:rPr>
          <w:i/>
          <w:iCs/>
        </w:rPr>
        <w:t>druge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odgovarajuće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dokaze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kojima</w:t>
      </w:r>
      <w:proofErr w:type="spellEnd"/>
      <w:r w:rsidRPr="000552EF">
        <w:rPr>
          <w:i/>
          <w:iCs/>
        </w:rPr>
        <w:t xml:space="preserve"> </w:t>
      </w:r>
      <w:proofErr w:type="spellStart"/>
      <w:r w:rsidRPr="000552EF">
        <w:rPr>
          <w:i/>
          <w:iCs/>
        </w:rPr>
        <w:t>raspolaže</w:t>
      </w:r>
      <w:proofErr w:type="spellEnd"/>
      <w:r w:rsidRPr="000552EF">
        <w:rPr>
          <w:i/>
          <w:iCs/>
        </w:rPr>
        <w:t>."</w:t>
      </w:r>
    </w:p>
    <w:p w14:paraId="0859F1A4" w14:textId="77777777" w:rsidR="00F75EC9" w:rsidRDefault="00221FED">
      <w:pPr>
        <w:spacing w:before="160" w:after="80"/>
        <w:jc w:val="center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4.</w:t>
      </w:r>
    </w:p>
    <w:p w14:paraId="7D97C2E4" w14:textId="2B464AD2" w:rsidR="00F75EC9" w:rsidRDefault="00DE079C">
      <w:pPr>
        <w:spacing w:after="120"/>
        <w:ind w:firstLine="567"/>
        <w:jc w:val="both"/>
      </w:pPr>
      <w:proofErr w:type="spellStart"/>
      <w:r>
        <w:t>Članak</w:t>
      </w:r>
      <w:proofErr w:type="spellEnd"/>
      <w:r>
        <w:t xml:space="preserve"> 8. </w:t>
      </w:r>
      <w:proofErr w:type="spellStart"/>
      <w:r w:rsidR="00E07FA0">
        <w:t>m</w:t>
      </w:r>
      <w:r>
        <w:t>ijenja</w:t>
      </w:r>
      <w:proofErr w:type="spellEnd"/>
      <w:r>
        <w:t xml:space="preserve"> se i</w:t>
      </w:r>
      <w:r w:rsidR="00221FED">
        <w:t xml:space="preserve"> </w:t>
      </w:r>
      <w:proofErr w:type="spellStart"/>
      <w:r w:rsidR="00221FED">
        <w:t>glasi</w:t>
      </w:r>
      <w:proofErr w:type="spellEnd"/>
      <w:r w:rsidR="00221FED">
        <w:t>:</w:t>
      </w:r>
    </w:p>
    <w:p w14:paraId="463091CE" w14:textId="65D9D8F1" w:rsidR="004240F3" w:rsidRPr="004A579C" w:rsidRDefault="004A579C">
      <w:pPr>
        <w:spacing w:after="120"/>
        <w:ind w:firstLine="567"/>
        <w:jc w:val="both"/>
        <w:rPr>
          <w:i/>
          <w:iCs/>
        </w:rPr>
      </w:pPr>
      <w:r w:rsidRPr="004A579C">
        <w:rPr>
          <w:i/>
          <w:iCs/>
        </w:rPr>
        <w:t>“</w:t>
      </w:r>
      <w:r w:rsidR="00CC298E" w:rsidRPr="004A579C">
        <w:rPr>
          <w:i/>
          <w:iCs/>
        </w:rPr>
        <w:t xml:space="preserve">(1) </w:t>
      </w:r>
      <w:proofErr w:type="spellStart"/>
      <w:r w:rsidR="00757EE6" w:rsidRPr="004A579C">
        <w:rPr>
          <w:i/>
          <w:iCs/>
        </w:rPr>
        <w:t>Koeficijent</w:t>
      </w:r>
      <w:proofErr w:type="spellEnd"/>
      <w:r w:rsidR="00757EE6" w:rsidRPr="004A579C">
        <w:rPr>
          <w:i/>
          <w:iCs/>
        </w:rPr>
        <w:t xml:space="preserve"> </w:t>
      </w:r>
      <w:proofErr w:type="spellStart"/>
      <w:r w:rsidR="00757EE6" w:rsidRPr="004A579C">
        <w:rPr>
          <w:i/>
          <w:iCs/>
        </w:rPr>
        <w:t>namjene</w:t>
      </w:r>
      <w:proofErr w:type="spellEnd"/>
      <w:r w:rsidR="00757EE6" w:rsidRPr="004A579C">
        <w:rPr>
          <w:i/>
          <w:iCs/>
        </w:rPr>
        <w:t xml:space="preserve"> (</w:t>
      </w:r>
      <w:proofErr w:type="spellStart"/>
      <w:r w:rsidR="00757EE6" w:rsidRPr="004A579C">
        <w:rPr>
          <w:i/>
          <w:iCs/>
        </w:rPr>
        <w:t>Kn</w:t>
      </w:r>
      <w:proofErr w:type="spellEnd"/>
      <w:r w:rsidR="00757EE6" w:rsidRPr="004A579C">
        <w:rPr>
          <w:i/>
          <w:iCs/>
        </w:rPr>
        <w:t xml:space="preserve">) </w:t>
      </w:r>
      <w:proofErr w:type="spellStart"/>
      <w:r w:rsidR="00757EE6" w:rsidRPr="004A579C">
        <w:rPr>
          <w:i/>
          <w:iCs/>
        </w:rPr>
        <w:t>utvrđuje</w:t>
      </w:r>
      <w:proofErr w:type="spellEnd"/>
      <w:r w:rsidR="00757EE6" w:rsidRPr="004A579C">
        <w:rPr>
          <w:i/>
          <w:iCs/>
        </w:rPr>
        <w:t xml:space="preserve"> se </w:t>
      </w:r>
      <w:proofErr w:type="spellStart"/>
      <w:r w:rsidR="00757EE6" w:rsidRPr="004A579C">
        <w:rPr>
          <w:i/>
          <w:iCs/>
        </w:rPr>
        <w:t>ovisno</w:t>
      </w:r>
      <w:proofErr w:type="spellEnd"/>
      <w:r w:rsidR="00757EE6" w:rsidRPr="004A579C">
        <w:rPr>
          <w:i/>
          <w:iCs/>
        </w:rPr>
        <w:t xml:space="preserve"> o </w:t>
      </w:r>
      <w:proofErr w:type="spellStart"/>
      <w:r w:rsidR="00757EE6" w:rsidRPr="004A579C">
        <w:rPr>
          <w:i/>
          <w:iCs/>
        </w:rPr>
        <w:t>vrsti</w:t>
      </w:r>
      <w:proofErr w:type="spellEnd"/>
      <w:r w:rsidR="00757EE6" w:rsidRPr="004A579C">
        <w:rPr>
          <w:i/>
          <w:iCs/>
        </w:rPr>
        <w:t xml:space="preserve"> </w:t>
      </w:r>
      <w:proofErr w:type="spellStart"/>
      <w:r w:rsidR="008A0106" w:rsidRPr="004A579C">
        <w:rPr>
          <w:i/>
          <w:iCs/>
        </w:rPr>
        <w:t>nekretnine</w:t>
      </w:r>
      <w:proofErr w:type="spellEnd"/>
      <w:r w:rsidR="008A0106" w:rsidRPr="004A579C">
        <w:rPr>
          <w:i/>
          <w:iCs/>
        </w:rPr>
        <w:t xml:space="preserve"> za </w:t>
      </w:r>
      <w:proofErr w:type="spellStart"/>
      <w:r w:rsidR="008A0106" w:rsidRPr="004A579C">
        <w:rPr>
          <w:i/>
          <w:iCs/>
        </w:rPr>
        <w:t>koju</w:t>
      </w:r>
      <w:proofErr w:type="spellEnd"/>
      <w:r w:rsidR="008A0106" w:rsidRPr="004A579C">
        <w:rPr>
          <w:i/>
          <w:iCs/>
        </w:rPr>
        <w:t xml:space="preserve"> se </w:t>
      </w:r>
      <w:proofErr w:type="spellStart"/>
      <w:r w:rsidR="008A0106" w:rsidRPr="004A579C">
        <w:rPr>
          <w:i/>
          <w:iCs/>
        </w:rPr>
        <w:t>plaća</w:t>
      </w:r>
      <w:proofErr w:type="spellEnd"/>
      <w:r w:rsidR="008A0106" w:rsidRPr="004A579C">
        <w:rPr>
          <w:i/>
          <w:iCs/>
        </w:rPr>
        <w:t xml:space="preserve"> </w:t>
      </w:r>
      <w:proofErr w:type="spellStart"/>
      <w:r w:rsidR="008A0106" w:rsidRPr="004A579C">
        <w:rPr>
          <w:i/>
          <w:iCs/>
        </w:rPr>
        <w:t>komunalna</w:t>
      </w:r>
      <w:proofErr w:type="spellEnd"/>
      <w:r w:rsidR="008A0106" w:rsidRPr="004A579C">
        <w:rPr>
          <w:i/>
          <w:iCs/>
        </w:rPr>
        <w:t xml:space="preserve"> </w:t>
      </w:r>
      <w:proofErr w:type="spellStart"/>
      <w:r w:rsidR="008A0106" w:rsidRPr="004A579C">
        <w:rPr>
          <w:i/>
          <w:iCs/>
        </w:rPr>
        <w:t>naknada</w:t>
      </w:r>
      <w:proofErr w:type="spellEnd"/>
      <w:r w:rsidR="00E20915" w:rsidRPr="004A579C">
        <w:rPr>
          <w:i/>
          <w:iCs/>
        </w:rPr>
        <w:t xml:space="preserve"> </w:t>
      </w:r>
      <w:proofErr w:type="spellStart"/>
      <w:r w:rsidR="00E20915" w:rsidRPr="004A579C">
        <w:rPr>
          <w:i/>
          <w:iCs/>
        </w:rPr>
        <w:t>te</w:t>
      </w:r>
      <w:proofErr w:type="spellEnd"/>
      <w:r w:rsidR="00E20915" w:rsidRPr="004A579C">
        <w:rPr>
          <w:i/>
          <w:iCs/>
        </w:rPr>
        <w:t xml:space="preserve"> </w:t>
      </w:r>
      <w:proofErr w:type="spellStart"/>
      <w:r w:rsidR="00E20915" w:rsidRPr="004A579C">
        <w:rPr>
          <w:i/>
          <w:iCs/>
        </w:rPr>
        <w:t>iznosi</w:t>
      </w:r>
      <w:proofErr w:type="spellEnd"/>
      <w:r w:rsidR="00E20915" w:rsidRPr="004A579C">
        <w:rPr>
          <w:i/>
          <w:iCs/>
        </w:rPr>
        <w:t xml:space="preserve"> za: </w:t>
      </w:r>
    </w:p>
    <w:p w14:paraId="70681167" w14:textId="5A74803E" w:rsidR="00A21AF4" w:rsidRPr="004A579C" w:rsidRDefault="00E20915" w:rsidP="004E5848">
      <w:pPr>
        <w:spacing w:after="0" w:line="240" w:lineRule="auto"/>
        <w:ind w:firstLine="567"/>
        <w:jc w:val="both"/>
        <w:rPr>
          <w:b/>
          <w:bCs/>
          <w:i/>
          <w:iCs/>
        </w:rPr>
      </w:pPr>
      <w:r w:rsidRPr="004A579C">
        <w:rPr>
          <w:i/>
          <w:iCs/>
        </w:rPr>
        <w:t xml:space="preserve">- </w:t>
      </w:r>
      <w:proofErr w:type="spellStart"/>
      <w:r w:rsidRPr="004A579C">
        <w:rPr>
          <w:b/>
          <w:bCs/>
          <w:i/>
          <w:iCs/>
        </w:rPr>
        <w:t>stambeni</w:t>
      </w:r>
      <w:proofErr w:type="spellEnd"/>
      <w:r w:rsidRPr="004A579C">
        <w:rPr>
          <w:b/>
          <w:bCs/>
          <w:i/>
          <w:iCs/>
        </w:rPr>
        <w:t xml:space="preserve"> </w:t>
      </w:r>
      <w:proofErr w:type="spellStart"/>
      <w:r w:rsidRPr="004A579C">
        <w:rPr>
          <w:b/>
          <w:bCs/>
          <w:i/>
          <w:iCs/>
        </w:rPr>
        <w:t>prostor</w:t>
      </w:r>
      <w:proofErr w:type="spellEnd"/>
      <w:r w:rsidRPr="004A579C">
        <w:rPr>
          <w:b/>
          <w:bCs/>
          <w:i/>
          <w:iCs/>
        </w:rPr>
        <w:t xml:space="preserve"> </w:t>
      </w:r>
      <w:r w:rsidR="00A21AF4" w:rsidRPr="004A579C">
        <w:rPr>
          <w:b/>
          <w:bCs/>
          <w:i/>
          <w:iCs/>
        </w:rPr>
        <w:t xml:space="preserve">  </w:t>
      </w:r>
      <w:r w:rsidR="004E5848" w:rsidRPr="004A579C">
        <w:rPr>
          <w:b/>
          <w:bCs/>
          <w:i/>
          <w:iCs/>
        </w:rPr>
        <w:t xml:space="preserve">                                                 1,00</w:t>
      </w:r>
    </w:p>
    <w:p w14:paraId="026804DD" w14:textId="203F32EC" w:rsidR="00F13796" w:rsidRPr="004A579C" w:rsidRDefault="00A21AF4" w:rsidP="004E5848">
      <w:pPr>
        <w:spacing w:after="0" w:line="240" w:lineRule="auto"/>
        <w:ind w:firstLine="567"/>
        <w:jc w:val="both"/>
        <w:rPr>
          <w:b/>
          <w:bCs/>
          <w:i/>
          <w:iCs/>
        </w:rPr>
      </w:pPr>
      <w:r w:rsidRPr="004A579C">
        <w:rPr>
          <w:b/>
          <w:bCs/>
          <w:i/>
          <w:iCs/>
        </w:rPr>
        <w:t xml:space="preserve">- </w:t>
      </w:r>
      <w:proofErr w:type="spellStart"/>
      <w:r w:rsidRPr="004A579C">
        <w:rPr>
          <w:b/>
          <w:bCs/>
          <w:i/>
          <w:iCs/>
        </w:rPr>
        <w:t>garažni</w:t>
      </w:r>
      <w:proofErr w:type="spellEnd"/>
      <w:r w:rsidRPr="004A579C">
        <w:rPr>
          <w:b/>
          <w:bCs/>
          <w:i/>
          <w:iCs/>
        </w:rPr>
        <w:t xml:space="preserve"> </w:t>
      </w:r>
      <w:proofErr w:type="spellStart"/>
      <w:r w:rsidRPr="004A579C">
        <w:rPr>
          <w:b/>
          <w:bCs/>
          <w:i/>
          <w:iCs/>
        </w:rPr>
        <w:t>prostor</w:t>
      </w:r>
      <w:proofErr w:type="spellEnd"/>
      <w:r w:rsidRPr="004A579C">
        <w:rPr>
          <w:b/>
          <w:bCs/>
          <w:i/>
          <w:iCs/>
        </w:rPr>
        <w:t xml:space="preserve"> </w:t>
      </w:r>
      <w:r w:rsidR="00F13796" w:rsidRPr="004A579C">
        <w:rPr>
          <w:b/>
          <w:bCs/>
          <w:i/>
          <w:iCs/>
        </w:rPr>
        <w:t xml:space="preserve"> </w:t>
      </w:r>
      <w:r w:rsidR="004E5848" w:rsidRPr="004A579C">
        <w:rPr>
          <w:b/>
          <w:bCs/>
          <w:i/>
          <w:iCs/>
        </w:rPr>
        <w:t xml:space="preserve">                                                     0,50</w:t>
      </w:r>
    </w:p>
    <w:p w14:paraId="1059C593" w14:textId="6D4EB628" w:rsidR="00E20915" w:rsidRPr="004A579C" w:rsidRDefault="00F13796" w:rsidP="004E5848">
      <w:pPr>
        <w:spacing w:after="0" w:line="240" w:lineRule="auto"/>
        <w:ind w:firstLine="567"/>
        <w:jc w:val="both"/>
        <w:rPr>
          <w:b/>
          <w:bCs/>
          <w:i/>
          <w:iCs/>
        </w:rPr>
      </w:pPr>
      <w:r w:rsidRPr="004A579C">
        <w:rPr>
          <w:b/>
          <w:bCs/>
          <w:i/>
          <w:iCs/>
        </w:rPr>
        <w:t xml:space="preserve">- </w:t>
      </w:r>
      <w:proofErr w:type="spellStart"/>
      <w:r w:rsidRPr="004A579C">
        <w:rPr>
          <w:b/>
          <w:bCs/>
          <w:i/>
          <w:iCs/>
        </w:rPr>
        <w:t>neizgrađeno</w:t>
      </w:r>
      <w:proofErr w:type="spellEnd"/>
      <w:r w:rsidRPr="004A579C">
        <w:rPr>
          <w:b/>
          <w:bCs/>
          <w:i/>
          <w:iCs/>
        </w:rPr>
        <w:t xml:space="preserve"> </w:t>
      </w:r>
      <w:proofErr w:type="spellStart"/>
      <w:r w:rsidRPr="004A579C">
        <w:rPr>
          <w:b/>
          <w:bCs/>
          <w:i/>
          <w:iCs/>
        </w:rPr>
        <w:t>građevinsko</w:t>
      </w:r>
      <w:proofErr w:type="spellEnd"/>
      <w:r w:rsidRPr="004A579C">
        <w:rPr>
          <w:b/>
          <w:bCs/>
          <w:i/>
          <w:iCs/>
        </w:rPr>
        <w:t xml:space="preserve"> </w:t>
      </w:r>
      <w:proofErr w:type="spellStart"/>
      <w:r w:rsidRPr="004A579C">
        <w:rPr>
          <w:b/>
          <w:bCs/>
          <w:i/>
          <w:iCs/>
        </w:rPr>
        <w:t>zemljište</w:t>
      </w:r>
      <w:proofErr w:type="spellEnd"/>
      <w:r w:rsidRPr="004A579C">
        <w:rPr>
          <w:b/>
          <w:bCs/>
          <w:i/>
          <w:iCs/>
        </w:rPr>
        <w:t xml:space="preserve">  </w:t>
      </w:r>
      <w:r w:rsidR="004E5848" w:rsidRPr="004A579C">
        <w:rPr>
          <w:b/>
          <w:bCs/>
          <w:i/>
          <w:iCs/>
        </w:rPr>
        <w:t xml:space="preserve">                     0,05</w:t>
      </w:r>
    </w:p>
    <w:p w14:paraId="05FEC411" w14:textId="794E5BCC" w:rsidR="00E20915" w:rsidRPr="004A579C" w:rsidRDefault="00E20915" w:rsidP="00A21AF4">
      <w:pPr>
        <w:spacing w:after="120"/>
        <w:jc w:val="both"/>
        <w:rPr>
          <w:i/>
          <w:iCs/>
        </w:rPr>
      </w:pPr>
    </w:p>
    <w:p w14:paraId="421CAC60" w14:textId="4F28DA87" w:rsidR="00F75EC9" w:rsidRPr="004A579C" w:rsidRDefault="00221FED">
      <w:pPr>
        <w:spacing w:after="120"/>
        <w:ind w:firstLine="567"/>
        <w:jc w:val="both"/>
        <w:rPr>
          <w:i/>
          <w:iCs/>
        </w:rPr>
      </w:pPr>
      <w:r w:rsidRPr="004A579C">
        <w:rPr>
          <w:i/>
          <w:iCs/>
        </w:rPr>
        <w:t>(</w:t>
      </w:r>
      <w:r w:rsidR="008B7B49" w:rsidRPr="004A579C">
        <w:rPr>
          <w:i/>
          <w:iCs/>
        </w:rPr>
        <w:t>2</w:t>
      </w:r>
      <w:r w:rsidRPr="004A579C">
        <w:rPr>
          <w:i/>
          <w:iCs/>
        </w:rPr>
        <w:t xml:space="preserve">) </w:t>
      </w:r>
      <w:proofErr w:type="spellStart"/>
      <w:r w:rsidRPr="004A579C">
        <w:rPr>
          <w:i/>
          <w:iCs/>
        </w:rPr>
        <w:t>Ovisno</w:t>
      </w:r>
      <w:proofErr w:type="spellEnd"/>
      <w:r w:rsidRPr="004A579C">
        <w:rPr>
          <w:i/>
          <w:iCs/>
        </w:rPr>
        <w:t xml:space="preserve"> o </w:t>
      </w:r>
      <w:proofErr w:type="spellStart"/>
      <w:r w:rsidRPr="004A579C">
        <w:rPr>
          <w:i/>
          <w:iCs/>
        </w:rPr>
        <w:t>vrsti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koja</w:t>
      </w:r>
      <w:proofErr w:type="spellEnd"/>
      <w:r w:rsidRPr="004A579C">
        <w:rPr>
          <w:i/>
          <w:iCs/>
        </w:rPr>
        <w:t xml:space="preserve"> se </w:t>
      </w:r>
      <w:proofErr w:type="spellStart"/>
      <w:r w:rsidRPr="004A579C">
        <w:rPr>
          <w:i/>
          <w:iCs/>
        </w:rPr>
        <w:t>stvarno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obavlja</w:t>
      </w:r>
      <w:proofErr w:type="spellEnd"/>
      <w:r w:rsidRPr="004A579C">
        <w:rPr>
          <w:i/>
          <w:iCs/>
        </w:rPr>
        <w:t xml:space="preserve"> u </w:t>
      </w:r>
      <w:proofErr w:type="spellStart"/>
      <w:r w:rsidRPr="004A579C">
        <w:rPr>
          <w:i/>
          <w:iCs/>
        </w:rPr>
        <w:t>poslovnom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prostoru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koeficijent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namjene</w:t>
      </w:r>
      <w:proofErr w:type="spellEnd"/>
      <w:r w:rsidRPr="004A579C">
        <w:rPr>
          <w:i/>
          <w:iCs/>
        </w:rPr>
        <w:t xml:space="preserve"> (</w:t>
      </w:r>
      <w:proofErr w:type="spellStart"/>
      <w:r w:rsidRPr="004A579C">
        <w:rPr>
          <w:i/>
          <w:iCs/>
        </w:rPr>
        <w:t>Kn</w:t>
      </w:r>
      <w:proofErr w:type="spellEnd"/>
      <w:r w:rsidRPr="004A579C">
        <w:rPr>
          <w:i/>
          <w:iCs/>
        </w:rPr>
        <w:t xml:space="preserve">) </w:t>
      </w:r>
      <w:proofErr w:type="spellStart"/>
      <w:r w:rsidRPr="004A579C">
        <w:rPr>
          <w:i/>
          <w:iCs/>
        </w:rPr>
        <w:t>utvrđuje</w:t>
      </w:r>
      <w:proofErr w:type="spellEnd"/>
      <w:r w:rsidRPr="004A579C">
        <w:rPr>
          <w:i/>
          <w:iCs/>
        </w:rPr>
        <w:t xml:space="preserve"> se </w:t>
      </w:r>
      <w:proofErr w:type="spellStart"/>
      <w:r w:rsidRPr="004A579C">
        <w:rPr>
          <w:i/>
          <w:iCs/>
        </w:rPr>
        <w:t>kako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slijedi</w:t>
      </w:r>
      <w:proofErr w:type="spellEnd"/>
      <w:r w:rsidRPr="004A579C">
        <w:rPr>
          <w:i/>
          <w:iCs/>
        </w:rPr>
        <w:t>:</w:t>
      </w:r>
    </w:p>
    <w:p w14:paraId="610DA8FA" w14:textId="77777777" w:rsidR="00F75EC9" w:rsidRPr="004A579C" w:rsidRDefault="00221FED">
      <w:pPr>
        <w:spacing w:after="120"/>
        <w:jc w:val="both"/>
        <w:rPr>
          <w:i/>
          <w:iCs/>
        </w:rPr>
      </w:pPr>
      <w:r w:rsidRPr="004A579C">
        <w:rPr>
          <w:i/>
          <w:iCs/>
        </w:rPr>
        <w:t xml:space="preserve">1. </w:t>
      </w:r>
      <w:proofErr w:type="spellStart"/>
      <w:r w:rsidRPr="004A579C">
        <w:rPr>
          <w:i/>
          <w:iCs/>
        </w:rPr>
        <w:t>Koeficijent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namjene</w:t>
      </w:r>
      <w:proofErr w:type="spellEnd"/>
      <w:r w:rsidRPr="004A579C">
        <w:rPr>
          <w:i/>
          <w:iCs/>
        </w:rPr>
        <w:t xml:space="preserve"> 2,00:</w:t>
      </w:r>
    </w:p>
    <w:p w14:paraId="6418714F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primarna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poljoprivredna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koju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obavlja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obiteljsko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poljoprivredno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gospodarstvo</w:t>
      </w:r>
      <w:proofErr w:type="spellEnd"/>
      <w:r w:rsidRPr="004A579C">
        <w:rPr>
          <w:i/>
          <w:iCs/>
        </w:rPr>
        <w:t xml:space="preserve"> (OPG), bez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prerade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trgovine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ugostiteljstva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pružanja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smještaja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drugih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dopunskih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koje</w:t>
      </w:r>
      <w:proofErr w:type="spellEnd"/>
      <w:r w:rsidRPr="004A579C">
        <w:rPr>
          <w:i/>
          <w:iCs/>
        </w:rPr>
        <w:t xml:space="preserve"> se </w:t>
      </w:r>
      <w:proofErr w:type="spellStart"/>
      <w:r w:rsidRPr="004A579C">
        <w:rPr>
          <w:i/>
          <w:iCs/>
        </w:rPr>
        <w:t>razvrstavaju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prema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njihovoj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stvarnoj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namjeni</w:t>
      </w:r>
      <w:proofErr w:type="spellEnd"/>
      <w:r w:rsidRPr="004A579C">
        <w:rPr>
          <w:i/>
          <w:iCs/>
        </w:rPr>
        <w:t>,</w:t>
      </w:r>
    </w:p>
    <w:p w14:paraId="18BFD285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akvakultura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uzgoj</w:t>
      </w:r>
      <w:proofErr w:type="spellEnd"/>
      <w:r w:rsidRPr="004A579C">
        <w:rPr>
          <w:i/>
          <w:iCs/>
        </w:rPr>
        <w:t xml:space="preserve"> stoke, </w:t>
      </w:r>
      <w:proofErr w:type="spellStart"/>
      <w:r w:rsidRPr="004A579C">
        <w:rPr>
          <w:i/>
          <w:iCs/>
        </w:rPr>
        <w:t>peradi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ostalih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životinja</w:t>
      </w:r>
      <w:proofErr w:type="spellEnd"/>
      <w:r w:rsidRPr="004A579C">
        <w:rPr>
          <w:i/>
          <w:iCs/>
        </w:rPr>
        <w:t>,</w:t>
      </w:r>
    </w:p>
    <w:p w14:paraId="11FC0499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veterinarske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>,</w:t>
      </w:r>
    </w:p>
    <w:p w14:paraId="0C49119D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stručne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savjetodavne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istraživačke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znanstvene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u </w:t>
      </w:r>
      <w:proofErr w:type="spellStart"/>
      <w:r w:rsidRPr="004A579C">
        <w:rPr>
          <w:i/>
          <w:iCs/>
        </w:rPr>
        <w:t>području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poljoprivrede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stočarstva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sigurnosti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hrane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zaštite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bilja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biljnog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zdravstva</w:t>
      </w:r>
      <w:proofErr w:type="spellEnd"/>
      <w:r w:rsidRPr="004A579C">
        <w:rPr>
          <w:i/>
          <w:iCs/>
        </w:rPr>
        <w:t>,</w:t>
      </w:r>
    </w:p>
    <w:p w14:paraId="6A357811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pružanje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usluga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zajednici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kao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cjelini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osnovnoškolsko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obrazovanje</w:t>
      </w:r>
      <w:proofErr w:type="spellEnd"/>
      <w:r w:rsidRPr="004A579C">
        <w:rPr>
          <w:i/>
          <w:iCs/>
        </w:rPr>
        <w:t>,</w:t>
      </w:r>
    </w:p>
    <w:p w14:paraId="204C21AF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obrada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zbrinjavanje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otpada</w:t>
      </w:r>
      <w:proofErr w:type="spellEnd"/>
      <w:r w:rsidRPr="004A579C">
        <w:rPr>
          <w:i/>
          <w:iCs/>
        </w:rPr>
        <w:t>,</w:t>
      </w:r>
    </w:p>
    <w:p w14:paraId="23B4F391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skladištenje</w:t>
      </w:r>
      <w:proofErr w:type="spellEnd"/>
      <w:r w:rsidRPr="004A579C">
        <w:rPr>
          <w:i/>
          <w:iCs/>
        </w:rPr>
        <w:t xml:space="preserve"> robe,</w:t>
      </w:r>
    </w:p>
    <w:p w14:paraId="6FF0D5F8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namještaja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ostale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električne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opreme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metalnih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konstrukcija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rezanje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oblikovanje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obrada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kamena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od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betona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gipsa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od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plastike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od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drva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pekarskih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brašno-konditorskih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mliječnih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pripremljene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hrane</w:t>
      </w:r>
      <w:proofErr w:type="spellEnd"/>
      <w:r w:rsidRPr="004A579C">
        <w:rPr>
          <w:i/>
          <w:iCs/>
        </w:rPr>
        <w:t xml:space="preserve"> za </w:t>
      </w:r>
      <w:proofErr w:type="spellStart"/>
      <w:r w:rsidRPr="004A579C">
        <w:rPr>
          <w:i/>
          <w:iCs/>
        </w:rPr>
        <w:t>životinje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prerada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konzerviranje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riba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rakova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školjki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te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prerada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konzerviranje</w:t>
      </w:r>
      <w:proofErr w:type="spellEnd"/>
      <w:r w:rsidRPr="004A579C">
        <w:rPr>
          <w:i/>
          <w:iCs/>
        </w:rPr>
        <w:t xml:space="preserve"> mesa i </w:t>
      </w: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mesnih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proizvoda</w:t>
      </w:r>
      <w:proofErr w:type="spellEnd"/>
      <w:r w:rsidRPr="004A579C">
        <w:rPr>
          <w:i/>
          <w:iCs/>
        </w:rPr>
        <w:t>,</w:t>
      </w:r>
    </w:p>
    <w:p w14:paraId="054D7233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električne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energije</w:t>
      </w:r>
      <w:proofErr w:type="spellEnd"/>
      <w:r w:rsidRPr="004A579C">
        <w:rPr>
          <w:i/>
          <w:iCs/>
        </w:rPr>
        <w:t xml:space="preserve"> iz </w:t>
      </w:r>
      <w:proofErr w:type="spellStart"/>
      <w:r w:rsidRPr="004A579C">
        <w:rPr>
          <w:i/>
          <w:iCs/>
        </w:rPr>
        <w:t>obnovljivih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izvora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energije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uključujući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proizvodnju</w:t>
      </w:r>
      <w:proofErr w:type="spellEnd"/>
      <w:r w:rsidRPr="004A579C">
        <w:rPr>
          <w:i/>
          <w:iCs/>
        </w:rPr>
        <w:t xml:space="preserve"> u </w:t>
      </w:r>
      <w:proofErr w:type="spellStart"/>
      <w:r w:rsidRPr="004A579C">
        <w:rPr>
          <w:i/>
          <w:iCs/>
        </w:rPr>
        <w:t>vjetroelektranama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sunčanim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odnosno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solarnim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elektranama</w:t>
      </w:r>
      <w:proofErr w:type="spellEnd"/>
      <w:r w:rsidRPr="004A579C">
        <w:rPr>
          <w:i/>
          <w:iCs/>
        </w:rPr>
        <w:t>,</w:t>
      </w:r>
    </w:p>
    <w:p w14:paraId="0722BF9C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ostale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proizvodne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koje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nisu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razvrstane</w:t>
      </w:r>
      <w:proofErr w:type="spellEnd"/>
      <w:r w:rsidRPr="004A579C">
        <w:rPr>
          <w:i/>
          <w:iCs/>
        </w:rPr>
        <w:t xml:space="preserve"> u </w:t>
      </w:r>
      <w:proofErr w:type="spellStart"/>
      <w:r w:rsidRPr="004A579C">
        <w:rPr>
          <w:i/>
          <w:iCs/>
        </w:rPr>
        <w:t>druge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skupine</w:t>
      </w:r>
      <w:proofErr w:type="spellEnd"/>
      <w:r w:rsidRPr="004A579C">
        <w:rPr>
          <w:i/>
          <w:iCs/>
        </w:rPr>
        <w:t xml:space="preserve"> iz </w:t>
      </w:r>
      <w:proofErr w:type="spellStart"/>
      <w:r w:rsidRPr="004A579C">
        <w:rPr>
          <w:i/>
          <w:iCs/>
        </w:rPr>
        <w:t>ovoga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stavka</w:t>
      </w:r>
      <w:proofErr w:type="spellEnd"/>
      <w:r w:rsidRPr="004A579C">
        <w:rPr>
          <w:i/>
          <w:iCs/>
        </w:rPr>
        <w:t>.</w:t>
      </w:r>
    </w:p>
    <w:p w14:paraId="5B1D762C" w14:textId="77777777" w:rsidR="00F75EC9" w:rsidRPr="004A579C" w:rsidRDefault="00221FED">
      <w:pPr>
        <w:spacing w:after="120"/>
        <w:jc w:val="both"/>
        <w:rPr>
          <w:i/>
          <w:iCs/>
        </w:rPr>
      </w:pPr>
      <w:r w:rsidRPr="004A579C">
        <w:rPr>
          <w:i/>
          <w:iCs/>
        </w:rPr>
        <w:lastRenderedPageBreak/>
        <w:t xml:space="preserve">2. </w:t>
      </w:r>
      <w:proofErr w:type="spellStart"/>
      <w:r w:rsidRPr="004A579C">
        <w:rPr>
          <w:i/>
          <w:iCs/>
        </w:rPr>
        <w:t>Koeficijent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namjene</w:t>
      </w:r>
      <w:proofErr w:type="spellEnd"/>
      <w:r w:rsidRPr="004A579C">
        <w:rPr>
          <w:i/>
          <w:iCs/>
        </w:rPr>
        <w:t xml:space="preserve"> 8,00:</w:t>
      </w:r>
    </w:p>
    <w:p w14:paraId="144B6029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građevinarstvo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uključujući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gradnju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zgrada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gradnju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građevina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niskogradnje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specijalizirane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građevinske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završne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građevinske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radove</w:t>
      </w:r>
      <w:proofErr w:type="spellEnd"/>
      <w:r w:rsidRPr="004A579C">
        <w:rPr>
          <w:i/>
          <w:iCs/>
        </w:rPr>
        <w:t>,</w:t>
      </w:r>
    </w:p>
    <w:p w14:paraId="2AB4C722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administrativne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pomoćne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uslužne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>,</w:t>
      </w:r>
    </w:p>
    <w:p w14:paraId="74482CB4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medicinske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stomatološke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prakse</w:t>
      </w:r>
      <w:proofErr w:type="spellEnd"/>
      <w:r w:rsidRPr="004A579C">
        <w:rPr>
          <w:i/>
          <w:iCs/>
        </w:rPr>
        <w:t>,</w:t>
      </w:r>
    </w:p>
    <w:p w14:paraId="0FE7EEED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cestovni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prijevoz</w:t>
      </w:r>
      <w:proofErr w:type="spellEnd"/>
      <w:r w:rsidRPr="004A579C">
        <w:rPr>
          <w:i/>
          <w:iCs/>
        </w:rPr>
        <w:t xml:space="preserve"> robe i </w:t>
      </w:r>
      <w:proofErr w:type="spellStart"/>
      <w:r w:rsidRPr="004A579C">
        <w:rPr>
          <w:i/>
          <w:iCs/>
        </w:rPr>
        <w:t>usluge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preseljenja</w:t>
      </w:r>
      <w:proofErr w:type="spellEnd"/>
      <w:r w:rsidRPr="004A579C">
        <w:rPr>
          <w:i/>
          <w:iCs/>
        </w:rPr>
        <w:t>.</w:t>
      </w:r>
    </w:p>
    <w:p w14:paraId="4FC5C58D" w14:textId="77777777" w:rsidR="00F75EC9" w:rsidRPr="004A579C" w:rsidRDefault="00221FED">
      <w:pPr>
        <w:spacing w:after="120"/>
        <w:jc w:val="both"/>
        <w:rPr>
          <w:i/>
          <w:iCs/>
        </w:rPr>
      </w:pPr>
      <w:r w:rsidRPr="004A579C">
        <w:rPr>
          <w:i/>
          <w:iCs/>
        </w:rPr>
        <w:t xml:space="preserve">3. </w:t>
      </w:r>
      <w:proofErr w:type="spellStart"/>
      <w:r w:rsidRPr="004A579C">
        <w:rPr>
          <w:i/>
          <w:iCs/>
        </w:rPr>
        <w:t>Koeficijent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namjene</w:t>
      </w:r>
      <w:proofErr w:type="spellEnd"/>
      <w:r w:rsidRPr="004A579C">
        <w:rPr>
          <w:i/>
          <w:iCs/>
        </w:rPr>
        <w:t xml:space="preserve"> 9,00:</w:t>
      </w:r>
    </w:p>
    <w:p w14:paraId="713888B0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inženjerstvo</w:t>
      </w:r>
      <w:proofErr w:type="spellEnd"/>
      <w:r w:rsidRPr="004A579C">
        <w:rPr>
          <w:i/>
          <w:iCs/>
        </w:rPr>
        <w:t xml:space="preserve"> i s </w:t>
      </w:r>
      <w:proofErr w:type="spellStart"/>
      <w:r w:rsidRPr="004A579C">
        <w:rPr>
          <w:i/>
          <w:iCs/>
        </w:rPr>
        <w:t>njim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povezano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tehničko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savjetovanje</w:t>
      </w:r>
      <w:proofErr w:type="spellEnd"/>
      <w:r w:rsidRPr="004A579C">
        <w:rPr>
          <w:i/>
          <w:iCs/>
        </w:rPr>
        <w:t>,</w:t>
      </w:r>
    </w:p>
    <w:p w14:paraId="20E0B94E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inženjerske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usluge</w:t>
      </w:r>
      <w:proofErr w:type="spellEnd"/>
      <w:r w:rsidRPr="004A579C">
        <w:rPr>
          <w:i/>
          <w:iCs/>
        </w:rPr>
        <w:t xml:space="preserve"> u </w:t>
      </w:r>
      <w:proofErr w:type="spellStart"/>
      <w:r w:rsidRPr="004A579C">
        <w:rPr>
          <w:i/>
          <w:iCs/>
        </w:rPr>
        <w:t>građevinarstvu</w:t>
      </w:r>
      <w:proofErr w:type="spellEnd"/>
      <w:r w:rsidRPr="004A579C">
        <w:rPr>
          <w:i/>
          <w:iCs/>
        </w:rPr>
        <w:t>,</w:t>
      </w:r>
    </w:p>
    <w:p w14:paraId="6831B86E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fotografske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>,</w:t>
      </w:r>
    </w:p>
    <w:p w14:paraId="567D3EA8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računovodstvene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knjigovodstvene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revizijske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djelatnosti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te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porezno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savjetovanje</w:t>
      </w:r>
      <w:proofErr w:type="spellEnd"/>
      <w:r w:rsidRPr="004A579C">
        <w:rPr>
          <w:i/>
          <w:iCs/>
        </w:rPr>
        <w:t>,</w:t>
      </w:r>
    </w:p>
    <w:p w14:paraId="1DD9A60C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vađenje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kamena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pijeska</w:t>
      </w:r>
      <w:proofErr w:type="spellEnd"/>
      <w:r w:rsidRPr="004A579C">
        <w:rPr>
          <w:i/>
          <w:iCs/>
        </w:rPr>
        <w:t xml:space="preserve">, </w:t>
      </w:r>
      <w:proofErr w:type="spellStart"/>
      <w:r w:rsidRPr="004A579C">
        <w:rPr>
          <w:i/>
          <w:iCs/>
        </w:rPr>
        <w:t>rudača</w:t>
      </w:r>
      <w:proofErr w:type="spellEnd"/>
      <w:r w:rsidRPr="004A579C">
        <w:rPr>
          <w:i/>
          <w:iCs/>
        </w:rPr>
        <w:t xml:space="preserve"> i </w:t>
      </w:r>
      <w:proofErr w:type="spellStart"/>
      <w:r w:rsidRPr="004A579C">
        <w:rPr>
          <w:i/>
          <w:iCs/>
        </w:rPr>
        <w:t>gline</w:t>
      </w:r>
      <w:proofErr w:type="spellEnd"/>
      <w:r w:rsidRPr="004A579C">
        <w:rPr>
          <w:i/>
          <w:iCs/>
        </w:rPr>
        <w:t>,</w:t>
      </w:r>
    </w:p>
    <w:p w14:paraId="41C3ED3B" w14:textId="77777777" w:rsidR="00F75EC9" w:rsidRPr="004A579C" w:rsidRDefault="00221FED">
      <w:pPr>
        <w:pStyle w:val="Grafikeoznake"/>
        <w:spacing w:after="80"/>
        <w:ind w:left="567"/>
        <w:rPr>
          <w:i/>
          <w:iCs/>
          <w:lang w:val="de-DE"/>
        </w:rPr>
      </w:pPr>
      <w:proofErr w:type="spellStart"/>
      <w:r w:rsidRPr="004A579C">
        <w:rPr>
          <w:i/>
          <w:iCs/>
          <w:lang w:val="de-DE"/>
        </w:rPr>
        <w:t>sportske</w:t>
      </w:r>
      <w:proofErr w:type="spellEnd"/>
      <w:r w:rsidRPr="004A579C">
        <w:rPr>
          <w:i/>
          <w:iCs/>
          <w:lang w:val="de-DE"/>
        </w:rPr>
        <w:t xml:space="preserve"> </w:t>
      </w:r>
      <w:proofErr w:type="spellStart"/>
      <w:r w:rsidRPr="004A579C">
        <w:rPr>
          <w:i/>
          <w:iCs/>
          <w:lang w:val="de-DE"/>
        </w:rPr>
        <w:t>djelatnosti</w:t>
      </w:r>
      <w:proofErr w:type="spellEnd"/>
      <w:r w:rsidRPr="004A579C">
        <w:rPr>
          <w:i/>
          <w:iCs/>
          <w:lang w:val="de-DE"/>
        </w:rPr>
        <w:t xml:space="preserve"> </w:t>
      </w:r>
      <w:proofErr w:type="spellStart"/>
      <w:r w:rsidRPr="004A579C">
        <w:rPr>
          <w:i/>
          <w:iCs/>
          <w:lang w:val="de-DE"/>
        </w:rPr>
        <w:t>te</w:t>
      </w:r>
      <w:proofErr w:type="spellEnd"/>
      <w:r w:rsidRPr="004A579C">
        <w:rPr>
          <w:i/>
          <w:iCs/>
          <w:lang w:val="de-DE"/>
        </w:rPr>
        <w:t xml:space="preserve"> </w:t>
      </w:r>
      <w:proofErr w:type="spellStart"/>
      <w:r w:rsidRPr="004A579C">
        <w:rPr>
          <w:i/>
          <w:iCs/>
          <w:lang w:val="de-DE"/>
        </w:rPr>
        <w:t>zabavne</w:t>
      </w:r>
      <w:proofErr w:type="spellEnd"/>
      <w:r w:rsidRPr="004A579C">
        <w:rPr>
          <w:i/>
          <w:iCs/>
          <w:lang w:val="de-DE"/>
        </w:rPr>
        <w:t xml:space="preserve"> i </w:t>
      </w:r>
      <w:proofErr w:type="spellStart"/>
      <w:r w:rsidRPr="004A579C">
        <w:rPr>
          <w:i/>
          <w:iCs/>
          <w:lang w:val="de-DE"/>
        </w:rPr>
        <w:t>rekreacijske</w:t>
      </w:r>
      <w:proofErr w:type="spellEnd"/>
      <w:r w:rsidRPr="004A579C">
        <w:rPr>
          <w:i/>
          <w:iCs/>
          <w:lang w:val="de-DE"/>
        </w:rPr>
        <w:t xml:space="preserve"> </w:t>
      </w:r>
      <w:proofErr w:type="spellStart"/>
      <w:r w:rsidRPr="004A579C">
        <w:rPr>
          <w:i/>
          <w:iCs/>
          <w:lang w:val="de-DE"/>
        </w:rPr>
        <w:t>djelatnosti</w:t>
      </w:r>
      <w:proofErr w:type="spellEnd"/>
      <w:r w:rsidRPr="004A579C">
        <w:rPr>
          <w:i/>
          <w:iCs/>
          <w:lang w:val="de-DE"/>
        </w:rPr>
        <w:t>,</w:t>
      </w:r>
    </w:p>
    <w:p w14:paraId="1470C63B" w14:textId="77777777" w:rsidR="00F75EC9" w:rsidRPr="004A579C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4A579C">
        <w:rPr>
          <w:i/>
          <w:iCs/>
        </w:rPr>
        <w:t>proizvodnja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alkoholnih</w:t>
      </w:r>
      <w:proofErr w:type="spellEnd"/>
      <w:r w:rsidRPr="004A579C">
        <w:rPr>
          <w:i/>
          <w:iCs/>
        </w:rPr>
        <w:t xml:space="preserve"> </w:t>
      </w:r>
      <w:proofErr w:type="spellStart"/>
      <w:r w:rsidRPr="004A579C">
        <w:rPr>
          <w:i/>
          <w:iCs/>
        </w:rPr>
        <w:t>pića</w:t>
      </w:r>
      <w:proofErr w:type="spellEnd"/>
      <w:r w:rsidRPr="004A579C">
        <w:rPr>
          <w:i/>
          <w:iCs/>
        </w:rPr>
        <w:t>.</w:t>
      </w:r>
    </w:p>
    <w:p w14:paraId="45717816" w14:textId="77777777" w:rsidR="00F75EC9" w:rsidRPr="00281076" w:rsidRDefault="00221FED">
      <w:pPr>
        <w:spacing w:after="120"/>
        <w:jc w:val="both"/>
        <w:rPr>
          <w:i/>
          <w:iCs/>
        </w:rPr>
      </w:pPr>
      <w:r w:rsidRPr="00281076">
        <w:rPr>
          <w:i/>
          <w:iCs/>
        </w:rPr>
        <w:t xml:space="preserve">4. </w:t>
      </w:r>
      <w:proofErr w:type="spellStart"/>
      <w:r w:rsidRPr="00281076">
        <w:rPr>
          <w:i/>
          <w:iCs/>
        </w:rPr>
        <w:t>Koeficijent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namjene</w:t>
      </w:r>
      <w:proofErr w:type="spellEnd"/>
      <w:r w:rsidRPr="00281076">
        <w:rPr>
          <w:i/>
          <w:iCs/>
        </w:rPr>
        <w:t xml:space="preserve"> 10,00:</w:t>
      </w:r>
    </w:p>
    <w:p w14:paraId="2D18B5BE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pripreme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usluživanja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hrane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pića</w:t>
      </w:r>
      <w:proofErr w:type="spellEnd"/>
      <w:r w:rsidRPr="00281076">
        <w:rPr>
          <w:i/>
          <w:iCs/>
        </w:rPr>
        <w:t>,</w:t>
      </w:r>
    </w:p>
    <w:p w14:paraId="2800F405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pružanja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smještaja</w:t>
      </w:r>
      <w:proofErr w:type="spellEnd"/>
      <w:r w:rsidRPr="00281076">
        <w:rPr>
          <w:i/>
          <w:iCs/>
        </w:rPr>
        <w:t xml:space="preserve">, </w:t>
      </w:r>
      <w:proofErr w:type="spellStart"/>
      <w:r w:rsidRPr="00281076">
        <w:rPr>
          <w:i/>
          <w:iCs/>
        </w:rPr>
        <w:t>uključujući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hotele</w:t>
      </w:r>
      <w:proofErr w:type="spellEnd"/>
      <w:r w:rsidRPr="00281076">
        <w:rPr>
          <w:i/>
          <w:iCs/>
        </w:rPr>
        <w:t>,</w:t>
      </w:r>
    </w:p>
    <w:p w14:paraId="479E2DEC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ostale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osobne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uslužne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>,</w:t>
      </w:r>
    </w:p>
    <w:p w14:paraId="1A5482DD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kockanja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klađenja</w:t>
      </w:r>
      <w:proofErr w:type="spellEnd"/>
      <w:r w:rsidRPr="00281076">
        <w:rPr>
          <w:i/>
          <w:iCs/>
        </w:rPr>
        <w:t>,</w:t>
      </w:r>
    </w:p>
    <w:p w14:paraId="372D20BE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trgovina</w:t>
      </w:r>
      <w:proofErr w:type="spellEnd"/>
      <w:r w:rsidRPr="00281076">
        <w:rPr>
          <w:i/>
          <w:iCs/>
        </w:rPr>
        <w:t xml:space="preserve"> na </w:t>
      </w:r>
      <w:proofErr w:type="spellStart"/>
      <w:r w:rsidRPr="00281076">
        <w:rPr>
          <w:i/>
          <w:iCs/>
        </w:rPr>
        <w:t>veliko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malo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motornim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vozilima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motociklima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te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popravak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motornih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vozila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motocikala</w:t>
      </w:r>
      <w:proofErr w:type="spellEnd"/>
      <w:r w:rsidRPr="00281076">
        <w:rPr>
          <w:i/>
          <w:iCs/>
        </w:rPr>
        <w:t>,</w:t>
      </w:r>
    </w:p>
    <w:p w14:paraId="594DE54D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vulkanizerske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>,</w:t>
      </w:r>
    </w:p>
    <w:p w14:paraId="1C62915E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autoškola</w:t>
      </w:r>
      <w:proofErr w:type="spellEnd"/>
      <w:r w:rsidRPr="00281076">
        <w:rPr>
          <w:i/>
          <w:iCs/>
        </w:rPr>
        <w:t>,</w:t>
      </w:r>
    </w:p>
    <w:p w14:paraId="0C6F8730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trgovina</w:t>
      </w:r>
      <w:proofErr w:type="spellEnd"/>
      <w:r w:rsidRPr="00281076">
        <w:rPr>
          <w:i/>
          <w:iCs/>
        </w:rPr>
        <w:t xml:space="preserve"> na </w:t>
      </w:r>
      <w:proofErr w:type="spellStart"/>
      <w:r w:rsidRPr="00281076">
        <w:rPr>
          <w:i/>
          <w:iCs/>
        </w:rPr>
        <w:t>veliko</w:t>
      </w:r>
      <w:proofErr w:type="spellEnd"/>
      <w:r w:rsidRPr="00281076">
        <w:rPr>
          <w:i/>
          <w:iCs/>
        </w:rPr>
        <w:t xml:space="preserve">, </w:t>
      </w:r>
      <w:proofErr w:type="spellStart"/>
      <w:r w:rsidRPr="00281076">
        <w:rPr>
          <w:i/>
          <w:iCs/>
        </w:rPr>
        <w:t>osim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trgovine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motornim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vozilima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motociklima</w:t>
      </w:r>
      <w:proofErr w:type="spellEnd"/>
      <w:r w:rsidRPr="00281076">
        <w:rPr>
          <w:i/>
          <w:iCs/>
        </w:rPr>
        <w:t xml:space="preserve">, </w:t>
      </w:r>
      <w:proofErr w:type="spellStart"/>
      <w:r w:rsidRPr="00281076">
        <w:rPr>
          <w:i/>
          <w:iCs/>
        </w:rPr>
        <w:t>te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trgovina</w:t>
      </w:r>
      <w:proofErr w:type="spellEnd"/>
      <w:r w:rsidRPr="00281076">
        <w:rPr>
          <w:i/>
          <w:iCs/>
        </w:rPr>
        <w:t xml:space="preserve"> na </w:t>
      </w:r>
      <w:proofErr w:type="spellStart"/>
      <w:r w:rsidRPr="00281076">
        <w:rPr>
          <w:i/>
          <w:iCs/>
        </w:rPr>
        <w:t>malo</w:t>
      </w:r>
      <w:proofErr w:type="spellEnd"/>
      <w:r w:rsidRPr="00281076">
        <w:rPr>
          <w:i/>
          <w:iCs/>
        </w:rPr>
        <w:t xml:space="preserve">, </w:t>
      </w:r>
      <w:proofErr w:type="spellStart"/>
      <w:r w:rsidRPr="00281076">
        <w:rPr>
          <w:i/>
          <w:iCs/>
        </w:rPr>
        <w:t>osim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trgovine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motornim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vozilima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motociklima</w:t>
      </w:r>
      <w:proofErr w:type="spellEnd"/>
      <w:r w:rsidRPr="00281076">
        <w:rPr>
          <w:i/>
          <w:iCs/>
        </w:rPr>
        <w:t>,</w:t>
      </w:r>
    </w:p>
    <w:p w14:paraId="2DA1ED38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poštanske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kurirske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>,</w:t>
      </w:r>
    </w:p>
    <w:p w14:paraId="38163A56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telekomunikacije</w:t>
      </w:r>
      <w:proofErr w:type="spellEnd"/>
      <w:r w:rsidRPr="00281076">
        <w:rPr>
          <w:i/>
          <w:iCs/>
        </w:rPr>
        <w:t>,</w:t>
      </w:r>
    </w:p>
    <w:p w14:paraId="47C8C989" w14:textId="77777777" w:rsidR="00F75EC9" w:rsidRPr="00281076" w:rsidRDefault="00221FED">
      <w:pPr>
        <w:pStyle w:val="Grafikeoznake"/>
        <w:spacing w:after="80"/>
        <w:ind w:left="567"/>
        <w:rPr>
          <w:i/>
          <w:iCs/>
        </w:rPr>
      </w:pPr>
      <w:proofErr w:type="spellStart"/>
      <w:r w:rsidRPr="00281076">
        <w:rPr>
          <w:i/>
          <w:iCs/>
        </w:rPr>
        <w:t>financijske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, </w:t>
      </w:r>
      <w:proofErr w:type="spellStart"/>
      <w:r w:rsidRPr="00281076">
        <w:rPr>
          <w:i/>
          <w:iCs/>
        </w:rPr>
        <w:t>uključujući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banaka</w:t>
      </w:r>
      <w:proofErr w:type="spellEnd"/>
      <w:r w:rsidRPr="00281076">
        <w:rPr>
          <w:i/>
          <w:iCs/>
        </w:rPr>
        <w:t xml:space="preserve"> i </w:t>
      </w:r>
      <w:proofErr w:type="spellStart"/>
      <w:r w:rsidRPr="00281076">
        <w:rPr>
          <w:i/>
          <w:iCs/>
        </w:rPr>
        <w:t>drugih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kreditnih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institucija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te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djelatnosti</w:t>
      </w:r>
      <w:proofErr w:type="spellEnd"/>
      <w:r w:rsidRPr="00281076">
        <w:rPr>
          <w:i/>
          <w:iCs/>
        </w:rPr>
        <w:t xml:space="preserve"> </w:t>
      </w:r>
      <w:proofErr w:type="spellStart"/>
      <w:r w:rsidRPr="00281076">
        <w:rPr>
          <w:i/>
          <w:iCs/>
        </w:rPr>
        <w:t>osiguranja</w:t>
      </w:r>
      <w:proofErr w:type="spellEnd"/>
      <w:r w:rsidRPr="00281076">
        <w:rPr>
          <w:i/>
          <w:iCs/>
        </w:rPr>
        <w:t>,</w:t>
      </w:r>
    </w:p>
    <w:p w14:paraId="7CE873DE" w14:textId="77777777" w:rsidR="00F75EC9" w:rsidRPr="00281076" w:rsidRDefault="00221FED">
      <w:pPr>
        <w:pStyle w:val="Grafikeoznake"/>
        <w:spacing w:after="80"/>
        <w:ind w:left="567"/>
        <w:rPr>
          <w:i/>
          <w:iCs/>
          <w:lang w:val="de-DE"/>
        </w:rPr>
      </w:pPr>
      <w:proofErr w:type="spellStart"/>
      <w:r w:rsidRPr="00281076">
        <w:rPr>
          <w:i/>
          <w:iCs/>
          <w:lang w:val="de-DE"/>
        </w:rPr>
        <w:t>opskrba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električnom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energijom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plinom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parom</w:t>
      </w:r>
      <w:proofErr w:type="spellEnd"/>
      <w:r w:rsidRPr="00281076">
        <w:rPr>
          <w:i/>
          <w:iCs/>
          <w:lang w:val="de-DE"/>
        </w:rPr>
        <w:t xml:space="preserve"> i </w:t>
      </w:r>
      <w:proofErr w:type="spellStart"/>
      <w:r w:rsidRPr="00281076">
        <w:rPr>
          <w:i/>
          <w:iCs/>
          <w:lang w:val="de-DE"/>
        </w:rPr>
        <w:t>klimatizacija</w:t>
      </w:r>
      <w:proofErr w:type="spellEnd"/>
      <w:r w:rsidRPr="00281076">
        <w:rPr>
          <w:i/>
          <w:iCs/>
          <w:lang w:val="de-DE"/>
        </w:rPr>
        <w:t>.</w:t>
      </w:r>
    </w:p>
    <w:p w14:paraId="7CB20973" w14:textId="77777777" w:rsidR="00F75EC9" w:rsidRPr="00281076" w:rsidRDefault="00221FED">
      <w:pPr>
        <w:spacing w:after="120"/>
        <w:ind w:firstLine="567"/>
        <w:jc w:val="both"/>
        <w:rPr>
          <w:i/>
          <w:iCs/>
          <w:lang w:val="de-DE"/>
        </w:rPr>
      </w:pPr>
      <w:proofErr w:type="spellStart"/>
      <w:r w:rsidRPr="00281076">
        <w:rPr>
          <w:i/>
          <w:iCs/>
          <w:lang w:val="de-DE"/>
        </w:rPr>
        <w:t>Ako</w:t>
      </w:r>
      <w:proofErr w:type="spellEnd"/>
      <w:r w:rsidRPr="00281076">
        <w:rPr>
          <w:i/>
          <w:iCs/>
          <w:lang w:val="de-DE"/>
        </w:rPr>
        <w:t xml:space="preserve"> se u </w:t>
      </w:r>
      <w:proofErr w:type="spellStart"/>
      <w:r w:rsidRPr="00281076">
        <w:rPr>
          <w:i/>
          <w:iCs/>
          <w:lang w:val="de-DE"/>
        </w:rPr>
        <w:t>poslovnom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prostoru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obavlja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nije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izrijekom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navedena</w:t>
      </w:r>
      <w:proofErr w:type="spellEnd"/>
      <w:r w:rsidRPr="00281076">
        <w:rPr>
          <w:i/>
          <w:iCs/>
          <w:lang w:val="de-DE"/>
        </w:rPr>
        <w:t xml:space="preserve"> u </w:t>
      </w:r>
      <w:proofErr w:type="spellStart"/>
      <w:r w:rsidRPr="00281076">
        <w:rPr>
          <w:i/>
          <w:iCs/>
          <w:lang w:val="de-DE"/>
        </w:rPr>
        <w:t>ovom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stavku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koeficijent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namjene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utvrđuje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prema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koja</w:t>
      </w:r>
      <w:proofErr w:type="spellEnd"/>
      <w:r w:rsidRPr="00281076">
        <w:rPr>
          <w:i/>
          <w:iCs/>
          <w:lang w:val="de-DE"/>
        </w:rPr>
        <w:t xml:space="preserve"> je </w:t>
      </w:r>
      <w:proofErr w:type="spellStart"/>
      <w:r w:rsidRPr="00281076">
        <w:rPr>
          <w:i/>
          <w:iCs/>
          <w:lang w:val="de-DE"/>
        </w:rPr>
        <w:t>po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svojoj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naravi</w:t>
      </w:r>
      <w:proofErr w:type="spellEnd"/>
      <w:r w:rsidRPr="00281076">
        <w:rPr>
          <w:i/>
          <w:iCs/>
          <w:lang w:val="de-DE"/>
        </w:rPr>
        <w:t xml:space="preserve"> i </w:t>
      </w:r>
      <w:proofErr w:type="spellStart"/>
      <w:r w:rsidRPr="00281076">
        <w:rPr>
          <w:i/>
          <w:iCs/>
          <w:lang w:val="de-DE"/>
        </w:rPr>
        <w:t>načinu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obavljanja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najsličnija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toj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djelatnosti</w:t>
      </w:r>
      <w:proofErr w:type="spellEnd"/>
      <w:r w:rsidRPr="00281076">
        <w:rPr>
          <w:i/>
          <w:iCs/>
          <w:lang w:val="de-DE"/>
        </w:rPr>
        <w:t>.</w:t>
      </w:r>
    </w:p>
    <w:p w14:paraId="013B707D" w14:textId="4B75095E" w:rsidR="00F75EC9" w:rsidRPr="00281076" w:rsidRDefault="00221FED" w:rsidP="00A53057">
      <w:pPr>
        <w:spacing w:after="120"/>
        <w:ind w:firstLine="567"/>
        <w:jc w:val="both"/>
        <w:rPr>
          <w:i/>
          <w:iCs/>
          <w:lang w:val="de-DE"/>
        </w:rPr>
      </w:pPr>
      <w:proofErr w:type="spellStart"/>
      <w:r w:rsidRPr="00281076">
        <w:rPr>
          <w:i/>
          <w:iCs/>
          <w:lang w:val="de-DE"/>
        </w:rPr>
        <w:t>Ako</w:t>
      </w:r>
      <w:proofErr w:type="spellEnd"/>
      <w:r w:rsidRPr="00281076">
        <w:rPr>
          <w:i/>
          <w:iCs/>
          <w:lang w:val="de-DE"/>
        </w:rPr>
        <w:t xml:space="preserve"> se u </w:t>
      </w:r>
      <w:proofErr w:type="spellStart"/>
      <w:r w:rsidRPr="00281076">
        <w:rPr>
          <w:i/>
          <w:iCs/>
          <w:lang w:val="de-DE"/>
        </w:rPr>
        <w:t>istom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poslovnom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prostoru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obavlja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više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djelatnosti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primjenjuje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koeficijent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namjene</w:t>
      </w:r>
      <w:proofErr w:type="spellEnd"/>
      <w:r w:rsidRPr="00281076">
        <w:rPr>
          <w:i/>
          <w:iCs/>
          <w:lang w:val="de-DE"/>
        </w:rPr>
        <w:t xml:space="preserve"> za </w:t>
      </w:r>
      <w:proofErr w:type="spellStart"/>
      <w:r w:rsidRPr="00281076">
        <w:rPr>
          <w:i/>
          <w:iCs/>
          <w:lang w:val="de-DE"/>
        </w:rPr>
        <w:t>pretežitu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koja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stvarno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obavlja</w:t>
      </w:r>
      <w:proofErr w:type="spellEnd"/>
      <w:r w:rsidRPr="00281076">
        <w:rPr>
          <w:i/>
          <w:iCs/>
          <w:lang w:val="de-DE"/>
        </w:rPr>
        <w:t xml:space="preserve"> u </w:t>
      </w:r>
      <w:proofErr w:type="spellStart"/>
      <w:r w:rsidRPr="00281076">
        <w:rPr>
          <w:i/>
          <w:iCs/>
          <w:lang w:val="de-DE"/>
        </w:rPr>
        <w:t>tom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prostoru</w:t>
      </w:r>
      <w:proofErr w:type="spellEnd"/>
      <w:r w:rsidRPr="00281076">
        <w:rPr>
          <w:i/>
          <w:iCs/>
          <w:lang w:val="de-DE"/>
        </w:rPr>
        <w:t xml:space="preserve">. </w:t>
      </w:r>
      <w:proofErr w:type="spellStart"/>
      <w:r w:rsidRPr="00281076">
        <w:rPr>
          <w:i/>
          <w:iCs/>
          <w:lang w:val="de-DE"/>
        </w:rPr>
        <w:t>Ako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površine</w:t>
      </w:r>
      <w:proofErr w:type="spellEnd"/>
      <w:r w:rsidRPr="00281076">
        <w:rPr>
          <w:i/>
          <w:iCs/>
          <w:lang w:val="de-DE"/>
        </w:rPr>
        <w:t xml:space="preserve"> na </w:t>
      </w:r>
      <w:proofErr w:type="spellStart"/>
      <w:r w:rsidRPr="00281076">
        <w:rPr>
          <w:i/>
          <w:iCs/>
          <w:lang w:val="de-DE"/>
        </w:rPr>
        <w:t>kojima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obavljaju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pojedine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mogu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nedvojbeno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razgraničiti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koeficijent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namjene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utvrđuje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zasebno</w:t>
      </w:r>
      <w:proofErr w:type="spellEnd"/>
      <w:r w:rsidRPr="00281076">
        <w:rPr>
          <w:i/>
          <w:iCs/>
          <w:lang w:val="de-DE"/>
        </w:rPr>
        <w:t xml:space="preserve"> za </w:t>
      </w:r>
      <w:proofErr w:type="spellStart"/>
      <w:r w:rsidRPr="00281076">
        <w:rPr>
          <w:i/>
          <w:iCs/>
          <w:lang w:val="de-DE"/>
        </w:rPr>
        <w:t>svaki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dio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poslovnog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prostora</w:t>
      </w:r>
      <w:proofErr w:type="spellEnd"/>
      <w:r w:rsidRPr="00281076">
        <w:rPr>
          <w:i/>
          <w:iCs/>
          <w:lang w:val="de-DE"/>
        </w:rPr>
        <w:t>."</w:t>
      </w:r>
    </w:p>
    <w:p w14:paraId="60570A21" w14:textId="20D19CCA" w:rsidR="00F75EC9" w:rsidRPr="00281076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281076">
        <w:rPr>
          <w:i/>
          <w:iCs/>
          <w:lang w:val="de-DE"/>
        </w:rPr>
        <w:t>(</w:t>
      </w:r>
      <w:r w:rsidR="00A53057" w:rsidRPr="00281076">
        <w:rPr>
          <w:i/>
          <w:iCs/>
          <w:lang w:val="de-DE"/>
        </w:rPr>
        <w:t>3</w:t>
      </w:r>
      <w:r w:rsidRPr="00281076">
        <w:rPr>
          <w:i/>
          <w:iCs/>
          <w:lang w:val="de-DE"/>
        </w:rPr>
        <w:t xml:space="preserve">) Za </w:t>
      </w:r>
      <w:proofErr w:type="spellStart"/>
      <w:r w:rsidRPr="00281076">
        <w:rPr>
          <w:i/>
          <w:iCs/>
          <w:lang w:val="de-DE"/>
        </w:rPr>
        <w:t>hotele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turistička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naselja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kampove</w:t>
      </w:r>
      <w:proofErr w:type="spellEnd"/>
      <w:r w:rsidRPr="00281076">
        <w:rPr>
          <w:i/>
          <w:iCs/>
          <w:lang w:val="de-DE"/>
        </w:rPr>
        <w:t xml:space="preserve"> i </w:t>
      </w:r>
      <w:proofErr w:type="spellStart"/>
      <w:r w:rsidRPr="00281076">
        <w:rPr>
          <w:i/>
          <w:iCs/>
          <w:lang w:val="de-DE"/>
        </w:rPr>
        <w:t>golf</w:t>
      </w:r>
      <w:proofErr w:type="spellEnd"/>
      <w:r w:rsidRPr="00281076">
        <w:rPr>
          <w:i/>
          <w:iCs/>
          <w:lang w:val="de-DE"/>
        </w:rPr>
        <w:t>-</w:t>
      </w:r>
      <w:proofErr w:type="spellStart"/>
      <w:r w:rsidRPr="00281076">
        <w:rPr>
          <w:i/>
          <w:iCs/>
          <w:lang w:val="de-DE"/>
        </w:rPr>
        <w:t>igrališta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visina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godišnje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komunalne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naknade</w:t>
      </w:r>
      <w:proofErr w:type="spellEnd"/>
      <w:r w:rsidRPr="00281076">
        <w:rPr>
          <w:i/>
          <w:iCs/>
          <w:lang w:val="de-DE"/>
        </w:rPr>
        <w:t xml:space="preserve"> ne </w:t>
      </w:r>
      <w:proofErr w:type="spellStart"/>
      <w:r w:rsidRPr="00281076">
        <w:rPr>
          <w:i/>
          <w:iCs/>
          <w:lang w:val="de-DE"/>
        </w:rPr>
        <w:t>može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biti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veća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od</w:t>
      </w:r>
      <w:proofErr w:type="spellEnd"/>
      <w:r w:rsidRPr="00281076">
        <w:rPr>
          <w:i/>
          <w:iCs/>
          <w:lang w:val="de-DE"/>
        </w:rPr>
        <w:t xml:space="preserve"> 1,5 % </w:t>
      </w:r>
      <w:proofErr w:type="spellStart"/>
      <w:r w:rsidRPr="00281076">
        <w:rPr>
          <w:i/>
          <w:iCs/>
          <w:lang w:val="de-DE"/>
        </w:rPr>
        <w:t>ukupnoga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godišnjeg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prihoda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obveznika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komunalne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naknade</w:t>
      </w:r>
      <w:proofErr w:type="spellEnd"/>
      <w:r w:rsidRPr="00281076">
        <w:rPr>
          <w:i/>
          <w:iCs/>
          <w:lang w:val="de-DE"/>
        </w:rPr>
        <w:t xml:space="preserve"> iz </w:t>
      </w:r>
      <w:proofErr w:type="spellStart"/>
      <w:r w:rsidRPr="00281076">
        <w:rPr>
          <w:i/>
          <w:iCs/>
          <w:lang w:val="de-DE"/>
        </w:rPr>
        <w:t>prethodne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godine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ostvarenog</w:t>
      </w:r>
      <w:proofErr w:type="spellEnd"/>
      <w:r w:rsidRPr="00281076">
        <w:rPr>
          <w:i/>
          <w:iCs/>
          <w:lang w:val="de-DE"/>
        </w:rPr>
        <w:t xml:space="preserve"> u </w:t>
      </w:r>
      <w:proofErr w:type="spellStart"/>
      <w:r w:rsidRPr="00281076">
        <w:rPr>
          <w:i/>
          <w:iCs/>
          <w:lang w:val="de-DE"/>
        </w:rPr>
        <w:t>pojedinom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hotelu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turističkom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naselju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kampu</w:t>
      </w:r>
      <w:proofErr w:type="spellEnd"/>
      <w:r w:rsidRPr="00281076">
        <w:rPr>
          <w:i/>
          <w:iCs/>
          <w:lang w:val="de-DE"/>
        </w:rPr>
        <w:t xml:space="preserve"> i na </w:t>
      </w:r>
      <w:proofErr w:type="spellStart"/>
      <w:r w:rsidRPr="00281076">
        <w:rPr>
          <w:i/>
          <w:iCs/>
          <w:lang w:val="de-DE"/>
        </w:rPr>
        <w:t>golf</w:t>
      </w:r>
      <w:proofErr w:type="spellEnd"/>
      <w:r w:rsidRPr="00281076">
        <w:rPr>
          <w:i/>
          <w:iCs/>
          <w:lang w:val="de-DE"/>
        </w:rPr>
        <w:t>-</w:t>
      </w:r>
      <w:proofErr w:type="spellStart"/>
      <w:r w:rsidRPr="00281076">
        <w:rPr>
          <w:i/>
          <w:iCs/>
          <w:lang w:val="de-DE"/>
        </w:rPr>
        <w:t>igralištu</w:t>
      </w:r>
      <w:proofErr w:type="spellEnd"/>
      <w:r w:rsidRPr="00281076">
        <w:rPr>
          <w:i/>
          <w:iCs/>
          <w:lang w:val="de-DE"/>
        </w:rPr>
        <w:t xml:space="preserve"> za </w:t>
      </w:r>
      <w:proofErr w:type="spellStart"/>
      <w:r w:rsidRPr="00281076">
        <w:rPr>
          <w:i/>
          <w:iCs/>
          <w:lang w:val="de-DE"/>
        </w:rPr>
        <w:t>koje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plaća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komunalna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naknada</w:t>
      </w:r>
      <w:proofErr w:type="spellEnd"/>
      <w:r w:rsidRPr="00281076">
        <w:rPr>
          <w:i/>
          <w:iCs/>
          <w:lang w:val="de-DE"/>
        </w:rPr>
        <w:t>."</w:t>
      </w:r>
    </w:p>
    <w:p w14:paraId="062C7FF7" w14:textId="6D6DD558" w:rsidR="00F75EC9" w:rsidRPr="00281076" w:rsidRDefault="002530A0" w:rsidP="00281076">
      <w:pPr>
        <w:spacing w:after="120"/>
        <w:ind w:firstLine="567"/>
        <w:jc w:val="both"/>
        <w:rPr>
          <w:i/>
          <w:iCs/>
          <w:lang w:val="de-DE"/>
        </w:rPr>
      </w:pPr>
      <w:r w:rsidRPr="00281076">
        <w:rPr>
          <w:i/>
          <w:iCs/>
          <w:lang w:val="de-DE"/>
        </w:rPr>
        <w:t xml:space="preserve">(4) Za </w:t>
      </w:r>
      <w:proofErr w:type="spellStart"/>
      <w:r w:rsidRPr="00281076">
        <w:rPr>
          <w:i/>
          <w:iCs/>
          <w:lang w:val="de-DE"/>
        </w:rPr>
        <w:t>građevinsko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zemljište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koje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služi</w:t>
      </w:r>
      <w:proofErr w:type="spellEnd"/>
      <w:r w:rsidRPr="00281076">
        <w:rPr>
          <w:i/>
          <w:iCs/>
          <w:lang w:val="de-DE"/>
        </w:rPr>
        <w:t xml:space="preserve"> </w:t>
      </w:r>
      <w:r w:rsidR="003A56F0" w:rsidRPr="00281076">
        <w:rPr>
          <w:i/>
          <w:iCs/>
          <w:lang w:val="de-DE"/>
        </w:rPr>
        <w:t xml:space="preserve">za </w:t>
      </w:r>
      <w:proofErr w:type="spellStart"/>
      <w:r w:rsidR="003A56F0" w:rsidRPr="00281076">
        <w:rPr>
          <w:i/>
          <w:iCs/>
          <w:lang w:val="de-DE"/>
        </w:rPr>
        <w:t>obavljanje</w:t>
      </w:r>
      <w:proofErr w:type="spellEnd"/>
      <w:r w:rsidR="003A56F0" w:rsidRPr="00281076">
        <w:rPr>
          <w:i/>
          <w:iCs/>
          <w:lang w:val="de-DE"/>
        </w:rPr>
        <w:t xml:space="preserve"> </w:t>
      </w:r>
      <w:proofErr w:type="spellStart"/>
      <w:r w:rsidR="003A56F0" w:rsidRPr="00281076">
        <w:rPr>
          <w:i/>
          <w:iCs/>
          <w:lang w:val="de-DE"/>
        </w:rPr>
        <w:t>poslovne</w:t>
      </w:r>
      <w:proofErr w:type="spellEnd"/>
      <w:r w:rsidR="003A56F0" w:rsidRPr="00281076">
        <w:rPr>
          <w:i/>
          <w:iCs/>
          <w:lang w:val="de-DE"/>
        </w:rPr>
        <w:t xml:space="preserve"> </w:t>
      </w:r>
      <w:proofErr w:type="spellStart"/>
      <w:r w:rsidR="003A56F0" w:rsidRPr="00281076">
        <w:rPr>
          <w:i/>
          <w:iCs/>
          <w:lang w:val="de-DE"/>
        </w:rPr>
        <w:t>djelatnosti</w:t>
      </w:r>
      <w:proofErr w:type="spellEnd"/>
      <w:r w:rsidR="003A56F0" w:rsidRPr="00281076">
        <w:rPr>
          <w:i/>
          <w:iCs/>
          <w:lang w:val="de-DE"/>
        </w:rPr>
        <w:t xml:space="preserve">, </w:t>
      </w:r>
      <w:proofErr w:type="spellStart"/>
      <w:r w:rsidR="003A56F0" w:rsidRPr="00281076">
        <w:rPr>
          <w:i/>
          <w:iCs/>
          <w:lang w:val="de-DE"/>
        </w:rPr>
        <w:t>koeficijent</w:t>
      </w:r>
      <w:proofErr w:type="spellEnd"/>
      <w:r w:rsidR="003A56F0" w:rsidRPr="00281076">
        <w:rPr>
          <w:i/>
          <w:iCs/>
          <w:lang w:val="de-DE"/>
        </w:rPr>
        <w:t xml:space="preserve"> se </w:t>
      </w:r>
      <w:proofErr w:type="spellStart"/>
      <w:r w:rsidR="003A56F0" w:rsidRPr="00281076">
        <w:rPr>
          <w:i/>
          <w:iCs/>
          <w:lang w:val="de-DE"/>
        </w:rPr>
        <w:t>namjene</w:t>
      </w:r>
      <w:proofErr w:type="spellEnd"/>
      <w:r w:rsidR="003A56F0" w:rsidRPr="00281076">
        <w:rPr>
          <w:i/>
          <w:iCs/>
          <w:lang w:val="de-DE"/>
        </w:rPr>
        <w:t xml:space="preserve"> </w:t>
      </w:r>
      <w:proofErr w:type="spellStart"/>
      <w:r w:rsidR="003A56F0" w:rsidRPr="00281076">
        <w:rPr>
          <w:i/>
          <w:iCs/>
          <w:lang w:val="de-DE"/>
        </w:rPr>
        <w:t>utvrđuje</w:t>
      </w:r>
      <w:proofErr w:type="spellEnd"/>
      <w:r w:rsidR="003A56F0" w:rsidRPr="00281076">
        <w:rPr>
          <w:i/>
          <w:iCs/>
          <w:lang w:val="de-DE"/>
        </w:rPr>
        <w:t xml:space="preserve"> </w:t>
      </w:r>
      <w:r w:rsidR="001B499A" w:rsidRPr="00281076">
        <w:rPr>
          <w:i/>
          <w:iCs/>
          <w:lang w:val="de-DE"/>
        </w:rPr>
        <w:t xml:space="preserve">u </w:t>
      </w:r>
      <w:proofErr w:type="spellStart"/>
      <w:r w:rsidR="001B499A" w:rsidRPr="00281076">
        <w:rPr>
          <w:i/>
          <w:iCs/>
          <w:lang w:val="de-DE"/>
        </w:rPr>
        <w:t>iznosu</w:t>
      </w:r>
      <w:proofErr w:type="spellEnd"/>
      <w:r w:rsidR="001B499A" w:rsidRPr="00281076">
        <w:rPr>
          <w:i/>
          <w:iCs/>
          <w:lang w:val="de-DE"/>
        </w:rPr>
        <w:t xml:space="preserve"> </w:t>
      </w:r>
      <w:proofErr w:type="spellStart"/>
      <w:r w:rsidR="001B499A" w:rsidRPr="00281076">
        <w:rPr>
          <w:i/>
          <w:iCs/>
          <w:lang w:val="de-DE"/>
        </w:rPr>
        <w:t>od</w:t>
      </w:r>
      <w:proofErr w:type="spellEnd"/>
      <w:r w:rsidR="001B499A" w:rsidRPr="00281076">
        <w:rPr>
          <w:i/>
          <w:iCs/>
          <w:lang w:val="de-DE"/>
        </w:rPr>
        <w:t xml:space="preserve"> 10% </w:t>
      </w:r>
      <w:proofErr w:type="spellStart"/>
      <w:r w:rsidR="001B499A" w:rsidRPr="00281076">
        <w:rPr>
          <w:i/>
          <w:iCs/>
          <w:lang w:val="de-DE"/>
        </w:rPr>
        <w:t>koeficijenta</w:t>
      </w:r>
      <w:proofErr w:type="spellEnd"/>
      <w:r w:rsidR="001B499A" w:rsidRPr="00281076">
        <w:rPr>
          <w:i/>
          <w:iCs/>
          <w:lang w:val="de-DE"/>
        </w:rPr>
        <w:t xml:space="preserve"> </w:t>
      </w:r>
      <w:proofErr w:type="spellStart"/>
      <w:r w:rsidR="001B499A" w:rsidRPr="00281076">
        <w:rPr>
          <w:i/>
          <w:iCs/>
          <w:lang w:val="de-DE"/>
        </w:rPr>
        <w:t>namjene</w:t>
      </w:r>
      <w:proofErr w:type="spellEnd"/>
      <w:r w:rsidR="001B499A" w:rsidRPr="00281076">
        <w:rPr>
          <w:i/>
          <w:iCs/>
          <w:lang w:val="de-DE"/>
        </w:rPr>
        <w:t xml:space="preserve"> koji je u </w:t>
      </w:r>
      <w:proofErr w:type="spellStart"/>
      <w:r w:rsidR="001B499A" w:rsidRPr="00281076">
        <w:rPr>
          <w:i/>
          <w:iCs/>
          <w:lang w:val="de-DE"/>
        </w:rPr>
        <w:t>stavku</w:t>
      </w:r>
      <w:proofErr w:type="spellEnd"/>
      <w:r w:rsidR="001C79B3" w:rsidRPr="00281076">
        <w:rPr>
          <w:i/>
          <w:iCs/>
          <w:lang w:val="de-DE"/>
        </w:rPr>
        <w:t xml:space="preserve"> 2. </w:t>
      </w:r>
      <w:proofErr w:type="spellStart"/>
      <w:r w:rsidR="001C79B3" w:rsidRPr="00281076">
        <w:rPr>
          <w:i/>
          <w:iCs/>
          <w:lang w:val="de-DE"/>
        </w:rPr>
        <w:t>ovoga</w:t>
      </w:r>
      <w:proofErr w:type="spellEnd"/>
      <w:r w:rsidR="001C79B3" w:rsidRPr="00281076">
        <w:rPr>
          <w:i/>
          <w:iCs/>
          <w:lang w:val="de-DE"/>
        </w:rPr>
        <w:t xml:space="preserve"> </w:t>
      </w:r>
      <w:proofErr w:type="spellStart"/>
      <w:r w:rsidR="001C79B3" w:rsidRPr="00281076">
        <w:rPr>
          <w:i/>
          <w:iCs/>
          <w:lang w:val="de-DE"/>
        </w:rPr>
        <w:t>članka</w:t>
      </w:r>
      <w:proofErr w:type="spellEnd"/>
      <w:r w:rsidR="001C79B3" w:rsidRPr="00281076">
        <w:rPr>
          <w:i/>
          <w:iCs/>
          <w:lang w:val="de-DE"/>
        </w:rPr>
        <w:t xml:space="preserve"> </w:t>
      </w:r>
      <w:proofErr w:type="spellStart"/>
      <w:r w:rsidR="001C79B3" w:rsidRPr="00281076">
        <w:rPr>
          <w:i/>
          <w:iCs/>
          <w:lang w:val="de-DE"/>
        </w:rPr>
        <w:t>određen</w:t>
      </w:r>
      <w:proofErr w:type="spellEnd"/>
      <w:r w:rsidR="001C79B3" w:rsidRPr="00281076">
        <w:rPr>
          <w:i/>
          <w:iCs/>
          <w:lang w:val="de-DE"/>
        </w:rPr>
        <w:t xml:space="preserve"> za </w:t>
      </w:r>
      <w:proofErr w:type="spellStart"/>
      <w:r w:rsidR="001C79B3" w:rsidRPr="00281076">
        <w:rPr>
          <w:i/>
          <w:iCs/>
          <w:lang w:val="de-DE"/>
        </w:rPr>
        <w:t>poslovni</w:t>
      </w:r>
      <w:proofErr w:type="spellEnd"/>
      <w:r w:rsidR="001C79B3" w:rsidRPr="00281076">
        <w:rPr>
          <w:i/>
          <w:iCs/>
          <w:lang w:val="de-DE"/>
        </w:rPr>
        <w:t xml:space="preserve"> </w:t>
      </w:r>
      <w:proofErr w:type="spellStart"/>
      <w:r w:rsidR="001C79B3" w:rsidRPr="00281076">
        <w:rPr>
          <w:i/>
          <w:iCs/>
          <w:lang w:val="de-DE"/>
        </w:rPr>
        <w:t>prostor</w:t>
      </w:r>
      <w:proofErr w:type="spellEnd"/>
      <w:r w:rsidR="001C79B3" w:rsidRPr="00281076">
        <w:rPr>
          <w:i/>
          <w:iCs/>
          <w:lang w:val="de-DE"/>
        </w:rPr>
        <w:t xml:space="preserve">. </w:t>
      </w:r>
    </w:p>
    <w:p w14:paraId="7435DBDA" w14:textId="27F7DCC3" w:rsidR="00F75EC9" w:rsidRPr="00281076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281076">
        <w:rPr>
          <w:i/>
          <w:iCs/>
          <w:lang w:val="de-DE"/>
        </w:rPr>
        <w:lastRenderedPageBreak/>
        <w:t>(</w:t>
      </w:r>
      <w:r w:rsidR="00715129" w:rsidRPr="00281076">
        <w:rPr>
          <w:i/>
          <w:iCs/>
          <w:lang w:val="de-DE"/>
        </w:rPr>
        <w:t>5</w:t>
      </w:r>
      <w:r w:rsidRPr="00281076">
        <w:rPr>
          <w:i/>
          <w:iCs/>
          <w:lang w:val="de-DE"/>
        </w:rPr>
        <w:t xml:space="preserve">) Za </w:t>
      </w:r>
      <w:proofErr w:type="spellStart"/>
      <w:r w:rsidRPr="00281076">
        <w:rPr>
          <w:i/>
          <w:iCs/>
          <w:lang w:val="de-DE"/>
        </w:rPr>
        <w:t>građevinsko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zemljište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koje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služi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obavljanju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poslovne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proizvodnje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električne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energije</w:t>
      </w:r>
      <w:proofErr w:type="spellEnd"/>
      <w:r w:rsidRPr="00281076">
        <w:rPr>
          <w:i/>
          <w:iCs/>
          <w:lang w:val="de-DE"/>
        </w:rPr>
        <w:t xml:space="preserve"> iz </w:t>
      </w:r>
      <w:proofErr w:type="spellStart"/>
      <w:r w:rsidRPr="00281076">
        <w:rPr>
          <w:i/>
          <w:iCs/>
          <w:lang w:val="de-DE"/>
        </w:rPr>
        <w:t>obnovljivih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izvora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energije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uključujući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vjetroelektrane</w:t>
      </w:r>
      <w:proofErr w:type="spellEnd"/>
      <w:r w:rsidRPr="00281076">
        <w:rPr>
          <w:i/>
          <w:iCs/>
          <w:lang w:val="de-DE"/>
        </w:rPr>
        <w:t xml:space="preserve"> i </w:t>
      </w:r>
      <w:proofErr w:type="spellStart"/>
      <w:r w:rsidRPr="00281076">
        <w:rPr>
          <w:i/>
          <w:iCs/>
          <w:lang w:val="de-DE"/>
        </w:rPr>
        <w:t>sunčane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odnosno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solarne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elektrane</w:t>
      </w:r>
      <w:proofErr w:type="spellEnd"/>
      <w:r w:rsidRPr="00281076">
        <w:rPr>
          <w:i/>
          <w:iCs/>
          <w:lang w:val="de-DE"/>
        </w:rPr>
        <w:t xml:space="preserve">, </w:t>
      </w:r>
      <w:proofErr w:type="spellStart"/>
      <w:r w:rsidRPr="00281076">
        <w:rPr>
          <w:i/>
          <w:iCs/>
          <w:lang w:val="de-DE"/>
        </w:rPr>
        <w:t>koeficijent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namjene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utvrđuje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primjenom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stavka</w:t>
      </w:r>
      <w:proofErr w:type="spellEnd"/>
      <w:r w:rsidRPr="00281076">
        <w:rPr>
          <w:i/>
          <w:iCs/>
          <w:lang w:val="de-DE"/>
        </w:rPr>
        <w:t xml:space="preserve"> </w:t>
      </w:r>
      <w:r w:rsidR="00F85394">
        <w:rPr>
          <w:i/>
          <w:iCs/>
          <w:lang w:val="de-DE"/>
        </w:rPr>
        <w:t>4</w:t>
      </w:r>
      <w:r w:rsidRPr="00281076">
        <w:rPr>
          <w:i/>
          <w:iCs/>
          <w:lang w:val="de-DE"/>
        </w:rPr>
        <w:t xml:space="preserve">. </w:t>
      </w:r>
      <w:proofErr w:type="spellStart"/>
      <w:r w:rsidRPr="00281076">
        <w:rPr>
          <w:i/>
          <w:iCs/>
          <w:lang w:val="de-DE"/>
        </w:rPr>
        <w:t>ovoga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članka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prema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koeficijentu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namjene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određenom</w:t>
      </w:r>
      <w:proofErr w:type="spellEnd"/>
      <w:r w:rsidRPr="00281076">
        <w:rPr>
          <w:i/>
          <w:iCs/>
          <w:lang w:val="de-DE"/>
        </w:rPr>
        <w:t xml:space="preserve"> za </w:t>
      </w:r>
      <w:proofErr w:type="spellStart"/>
      <w:r w:rsidRPr="00281076">
        <w:rPr>
          <w:i/>
          <w:iCs/>
          <w:lang w:val="de-DE"/>
        </w:rPr>
        <w:t>poslovni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prostor</w:t>
      </w:r>
      <w:proofErr w:type="spellEnd"/>
      <w:r w:rsidRPr="00281076">
        <w:rPr>
          <w:i/>
          <w:iCs/>
          <w:lang w:val="de-DE"/>
        </w:rPr>
        <w:t xml:space="preserve"> u </w:t>
      </w:r>
      <w:proofErr w:type="spellStart"/>
      <w:r w:rsidRPr="00281076">
        <w:rPr>
          <w:i/>
          <w:iCs/>
          <w:lang w:val="de-DE"/>
        </w:rPr>
        <w:t>kojem</w:t>
      </w:r>
      <w:proofErr w:type="spellEnd"/>
      <w:r w:rsidRPr="00281076">
        <w:rPr>
          <w:i/>
          <w:iCs/>
          <w:lang w:val="de-DE"/>
        </w:rPr>
        <w:t xml:space="preserve"> se </w:t>
      </w:r>
      <w:proofErr w:type="spellStart"/>
      <w:r w:rsidRPr="00281076">
        <w:rPr>
          <w:i/>
          <w:iCs/>
          <w:lang w:val="de-DE"/>
        </w:rPr>
        <w:t>obavlja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ta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proizvodna</w:t>
      </w:r>
      <w:proofErr w:type="spellEnd"/>
      <w:r w:rsidRPr="00281076">
        <w:rPr>
          <w:i/>
          <w:iCs/>
          <w:lang w:val="de-DE"/>
        </w:rPr>
        <w:t xml:space="preserve"> </w:t>
      </w:r>
      <w:proofErr w:type="spellStart"/>
      <w:r w:rsidRPr="00281076">
        <w:rPr>
          <w:i/>
          <w:iCs/>
          <w:lang w:val="de-DE"/>
        </w:rPr>
        <w:t>djelatnost</w:t>
      </w:r>
      <w:proofErr w:type="spellEnd"/>
      <w:r w:rsidRPr="00281076">
        <w:rPr>
          <w:i/>
          <w:iCs/>
          <w:lang w:val="de-DE"/>
        </w:rPr>
        <w:t>."</w:t>
      </w:r>
    </w:p>
    <w:p w14:paraId="1AD263AA" w14:textId="6F59782E" w:rsidR="00715129" w:rsidRPr="00281076" w:rsidRDefault="00715129">
      <w:pPr>
        <w:spacing w:after="120"/>
        <w:ind w:firstLine="567"/>
        <w:jc w:val="both"/>
        <w:rPr>
          <w:i/>
          <w:iCs/>
          <w:lang w:val="de-DE"/>
        </w:rPr>
      </w:pPr>
      <w:r w:rsidRPr="00281076">
        <w:rPr>
          <w:i/>
          <w:iCs/>
          <w:lang w:val="de-DE"/>
        </w:rPr>
        <w:t xml:space="preserve">(6) </w:t>
      </w:r>
      <w:r w:rsidR="003D480C" w:rsidRPr="00281076">
        <w:rPr>
          <w:i/>
          <w:iCs/>
          <w:lang w:val="de-DE"/>
        </w:rPr>
        <w:t xml:space="preserve">Za </w:t>
      </w:r>
      <w:proofErr w:type="spellStart"/>
      <w:r w:rsidR="003D480C" w:rsidRPr="00281076">
        <w:rPr>
          <w:i/>
          <w:iCs/>
          <w:lang w:val="de-DE"/>
        </w:rPr>
        <w:t>poslovni</w:t>
      </w:r>
      <w:proofErr w:type="spellEnd"/>
      <w:r w:rsidR="003D480C" w:rsidRPr="00281076">
        <w:rPr>
          <w:i/>
          <w:iCs/>
          <w:lang w:val="de-DE"/>
        </w:rPr>
        <w:t xml:space="preserve"> se </w:t>
      </w:r>
      <w:proofErr w:type="spellStart"/>
      <w:r w:rsidR="003D480C" w:rsidRPr="00281076">
        <w:rPr>
          <w:i/>
          <w:iCs/>
          <w:lang w:val="de-DE"/>
        </w:rPr>
        <w:t>prostor</w:t>
      </w:r>
      <w:proofErr w:type="spellEnd"/>
      <w:r w:rsidR="003D480C" w:rsidRPr="00281076">
        <w:rPr>
          <w:i/>
          <w:iCs/>
          <w:lang w:val="de-DE"/>
        </w:rPr>
        <w:t xml:space="preserve"> </w:t>
      </w:r>
      <w:r w:rsidR="00281076">
        <w:rPr>
          <w:i/>
          <w:iCs/>
          <w:lang w:val="de-DE"/>
        </w:rPr>
        <w:t>i</w:t>
      </w:r>
      <w:r w:rsidR="003D480C" w:rsidRPr="00281076">
        <w:rPr>
          <w:i/>
          <w:iCs/>
          <w:lang w:val="de-DE"/>
        </w:rPr>
        <w:t xml:space="preserve"> </w:t>
      </w:r>
      <w:proofErr w:type="spellStart"/>
      <w:r w:rsidR="003D480C" w:rsidRPr="00281076">
        <w:rPr>
          <w:i/>
          <w:iCs/>
          <w:lang w:val="de-DE"/>
        </w:rPr>
        <w:t>građevinsko</w:t>
      </w:r>
      <w:proofErr w:type="spellEnd"/>
      <w:r w:rsidR="003D480C" w:rsidRPr="00281076">
        <w:rPr>
          <w:i/>
          <w:iCs/>
          <w:lang w:val="de-DE"/>
        </w:rPr>
        <w:t xml:space="preserve"> </w:t>
      </w:r>
      <w:proofErr w:type="spellStart"/>
      <w:r w:rsidR="003D480C" w:rsidRPr="00281076">
        <w:rPr>
          <w:i/>
          <w:iCs/>
          <w:lang w:val="de-DE"/>
        </w:rPr>
        <w:t>zemljište</w:t>
      </w:r>
      <w:proofErr w:type="spellEnd"/>
      <w:r w:rsidR="003D480C" w:rsidRPr="00281076">
        <w:rPr>
          <w:i/>
          <w:iCs/>
          <w:lang w:val="de-DE"/>
        </w:rPr>
        <w:t xml:space="preserve"> </w:t>
      </w:r>
      <w:proofErr w:type="spellStart"/>
      <w:r w:rsidR="003D480C" w:rsidRPr="00281076">
        <w:rPr>
          <w:i/>
          <w:iCs/>
          <w:lang w:val="de-DE"/>
        </w:rPr>
        <w:t>koje</w:t>
      </w:r>
      <w:proofErr w:type="spellEnd"/>
      <w:r w:rsidR="003D480C" w:rsidRPr="00281076">
        <w:rPr>
          <w:i/>
          <w:iCs/>
          <w:lang w:val="de-DE"/>
        </w:rPr>
        <w:t xml:space="preserve"> </w:t>
      </w:r>
      <w:proofErr w:type="spellStart"/>
      <w:r w:rsidR="003D480C" w:rsidRPr="00281076">
        <w:rPr>
          <w:i/>
          <w:iCs/>
          <w:lang w:val="de-DE"/>
        </w:rPr>
        <w:t>služi</w:t>
      </w:r>
      <w:proofErr w:type="spellEnd"/>
      <w:r w:rsidR="003D480C" w:rsidRPr="00281076">
        <w:rPr>
          <w:i/>
          <w:iCs/>
          <w:lang w:val="de-DE"/>
        </w:rPr>
        <w:t xml:space="preserve"> za </w:t>
      </w:r>
      <w:proofErr w:type="spellStart"/>
      <w:r w:rsidR="003D480C" w:rsidRPr="00281076">
        <w:rPr>
          <w:i/>
          <w:iCs/>
          <w:lang w:val="de-DE"/>
        </w:rPr>
        <w:t>obavljanje</w:t>
      </w:r>
      <w:proofErr w:type="spellEnd"/>
      <w:r w:rsidR="003D480C" w:rsidRPr="00281076">
        <w:rPr>
          <w:i/>
          <w:iCs/>
          <w:lang w:val="de-DE"/>
        </w:rPr>
        <w:t xml:space="preserve"> </w:t>
      </w:r>
      <w:proofErr w:type="spellStart"/>
      <w:r w:rsidR="007900B3" w:rsidRPr="00281076">
        <w:rPr>
          <w:i/>
          <w:iCs/>
          <w:lang w:val="de-DE"/>
        </w:rPr>
        <w:t>poslovne</w:t>
      </w:r>
      <w:proofErr w:type="spellEnd"/>
      <w:r w:rsidR="007900B3" w:rsidRPr="00281076">
        <w:rPr>
          <w:i/>
          <w:iCs/>
          <w:lang w:val="de-DE"/>
        </w:rPr>
        <w:t xml:space="preserve"> </w:t>
      </w:r>
      <w:proofErr w:type="spellStart"/>
      <w:r w:rsidR="007900B3" w:rsidRPr="00281076">
        <w:rPr>
          <w:i/>
          <w:iCs/>
          <w:lang w:val="de-DE"/>
        </w:rPr>
        <w:t>djelatnosti</w:t>
      </w:r>
      <w:proofErr w:type="spellEnd"/>
      <w:r w:rsidR="007900B3" w:rsidRPr="00281076">
        <w:rPr>
          <w:i/>
          <w:iCs/>
          <w:lang w:val="de-DE"/>
        </w:rPr>
        <w:t xml:space="preserve">, </w:t>
      </w:r>
      <w:proofErr w:type="spellStart"/>
      <w:r w:rsidR="007900B3" w:rsidRPr="00281076">
        <w:rPr>
          <w:i/>
          <w:iCs/>
          <w:lang w:val="de-DE"/>
        </w:rPr>
        <w:t>kad</w:t>
      </w:r>
      <w:proofErr w:type="spellEnd"/>
      <w:r w:rsidR="007900B3" w:rsidRPr="00281076">
        <w:rPr>
          <w:i/>
          <w:iCs/>
          <w:lang w:val="de-DE"/>
        </w:rPr>
        <w:t xml:space="preserve"> se </w:t>
      </w:r>
      <w:proofErr w:type="spellStart"/>
      <w:r w:rsidR="007900B3" w:rsidRPr="00281076">
        <w:rPr>
          <w:i/>
          <w:iCs/>
          <w:lang w:val="de-DE"/>
        </w:rPr>
        <w:t>poslovna</w:t>
      </w:r>
      <w:proofErr w:type="spellEnd"/>
      <w:r w:rsidR="007900B3" w:rsidRPr="00281076">
        <w:rPr>
          <w:i/>
          <w:iCs/>
          <w:lang w:val="de-DE"/>
        </w:rPr>
        <w:t xml:space="preserve"> </w:t>
      </w:r>
      <w:proofErr w:type="spellStart"/>
      <w:r w:rsidR="007900B3" w:rsidRPr="00281076">
        <w:rPr>
          <w:i/>
          <w:iCs/>
          <w:lang w:val="de-DE"/>
        </w:rPr>
        <w:t>djelatnost</w:t>
      </w:r>
      <w:proofErr w:type="spellEnd"/>
      <w:r w:rsidR="007900B3" w:rsidRPr="00281076">
        <w:rPr>
          <w:i/>
          <w:iCs/>
          <w:lang w:val="de-DE"/>
        </w:rPr>
        <w:t xml:space="preserve"> ne </w:t>
      </w:r>
      <w:proofErr w:type="spellStart"/>
      <w:r w:rsidR="007900B3" w:rsidRPr="00281076">
        <w:rPr>
          <w:i/>
          <w:iCs/>
          <w:lang w:val="de-DE"/>
        </w:rPr>
        <w:t>obavlja</w:t>
      </w:r>
      <w:proofErr w:type="spellEnd"/>
      <w:r w:rsidR="007900B3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više</w:t>
      </w:r>
      <w:proofErr w:type="spellEnd"/>
      <w:r w:rsidR="0059675C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od</w:t>
      </w:r>
      <w:proofErr w:type="spellEnd"/>
      <w:r w:rsidR="0059675C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šest</w:t>
      </w:r>
      <w:proofErr w:type="spellEnd"/>
      <w:r w:rsidR="0059675C" w:rsidRPr="00281076">
        <w:rPr>
          <w:i/>
          <w:iCs/>
          <w:lang w:val="de-DE"/>
        </w:rPr>
        <w:t xml:space="preserve"> (6) </w:t>
      </w:r>
      <w:proofErr w:type="spellStart"/>
      <w:r w:rsidR="0059675C" w:rsidRPr="00281076">
        <w:rPr>
          <w:i/>
          <w:iCs/>
          <w:lang w:val="de-DE"/>
        </w:rPr>
        <w:t>mjeseci</w:t>
      </w:r>
      <w:proofErr w:type="spellEnd"/>
      <w:r w:rsidR="0059675C" w:rsidRPr="00281076">
        <w:rPr>
          <w:i/>
          <w:iCs/>
          <w:lang w:val="de-DE"/>
        </w:rPr>
        <w:t xml:space="preserve"> u </w:t>
      </w:r>
      <w:proofErr w:type="spellStart"/>
      <w:r w:rsidR="0059675C" w:rsidRPr="00281076">
        <w:rPr>
          <w:i/>
          <w:iCs/>
          <w:lang w:val="de-DE"/>
        </w:rPr>
        <w:t>kal</w:t>
      </w:r>
      <w:r w:rsidR="00F85394">
        <w:rPr>
          <w:i/>
          <w:iCs/>
          <w:lang w:val="de-DE"/>
        </w:rPr>
        <w:t>endarskoj</w:t>
      </w:r>
      <w:proofErr w:type="spellEnd"/>
      <w:r w:rsidR="0059675C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godini</w:t>
      </w:r>
      <w:proofErr w:type="spellEnd"/>
      <w:r w:rsidR="0059675C" w:rsidRPr="00281076">
        <w:rPr>
          <w:i/>
          <w:iCs/>
          <w:lang w:val="de-DE"/>
        </w:rPr>
        <w:t xml:space="preserve">, </w:t>
      </w:r>
      <w:proofErr w:type="spellStart"/>
      <w:r w:rsidR="0059675C" w:rsidRPr="00281076">
        <w:rPr>
          <w:i/>
          <w:iCs/>
          <w:lang w:val="de-DE"/>
        </w:rPr>
        <w:t>koeficijent</w:t>
      </w:r>
      <w:proofErr w:type="spellEnd"/>
      <w:r w:rsidR="0059675C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namjene</w:t>
      </w:r>
      <w:proofErr w:type="spellEnd"/>
      <w:r w:rsidR="0059675C" w:rsidRPr="00281076">
        <w:rPr>
          <w:i/>
          <w:iCs/>
          <w:lang w:val="de-DE"/>
        </w:rPr>
        <w:t xml:space="preserve"> </w:t>
      </w:r>
      <w:proofErr w:type="spellStart"/>
      <w:r w:rsidR="0059675C" w:rsidRPr="00281076">
        <w:rPr>
          <w:i/>
          <w:iCs/>
          <w:lang w:val="de-DE"/>
        </w:rPr>
        <w:t>umanjuje</w:t>
      </w:r>
      <w:proofErr w:type="spellEnd"/>
      <w:r w:rsidR="00D021E9" w:rsidRPr="00281076">
        <w:rPr>
          <w:i/>
          <w:iCs/>
          <w:lang w:val="de-DE"/>
        </w:rPr>
        <w:t xml:space="preserve"> za 50%, </w:t>
      </w:r>
      <w:proofErr w:type="spellStart"/>
      <w:r w:rsidR="00D021E9" w:rsidRPr="00281076">
        <w:rPr>
          <w:i/>
          <w:iCs/>
          <w:lang w:val="de-DE"/>
        </w:rPr>
        <w:t>ali</w:t>
      </w:r>
      <w:proofErr w:type="spellEnd"/>
      <w:r w:rsidR="00D021E9" w:rsidRPr="00281076">
        <w:rPr>
          <w:i/>
          <w:iCs/>
          <w:lang w:val="de-DE"/>
        </w:rPr>
        <w:t xml:space="preserve"> ne </w:t>
      </w:r>
      <w:proofErr w:type="spellStart"/>
      <w:r w:rsidR="00D021E9" w:rsidRPr="00281076">
        <w:rPr>
          <w:i/>
          <w:iCs/>
          <w:lang w:val="de-DE"/>
        </w:rPr>
        <w:t>može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biti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manji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od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koeficijenta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namjene</w:t>
      </w:r>
      <w:proofErr w:type="spellEnd"/>
      <w:r w:rsidR="00D021E9" w:rsidRPr="00281076">
        <w:rPr>
          <w:i/>
          <w:iCs/>
          <w:lang w:val="de-DE"/>
        </w:rPr>
        <w:t xml:space="preserve"> za </w:t>
      </w:r>
      <w:proofErr w:type="spellStart"/>
      <w:r w:rsidR="00D021E9" w:rsidRPr="00281076">
        <w:rPr>
          <w:i/>
          <w:iCs/>
          <w:lang w:val="de-DE"/>
        </w:rPr>
        <w:t>stambeni</w:t>
      </w:r>
      <w:proofErr w:type="spellEnd"/>
      <w:r w:rsidR="00D021E9" w:rsidRPr="00281076">
        <w:rPr>
          <w:i/>
          <w:iCs/>
          <w:lang w:val="de-DE"/>
        </w:rPr>
        <w:t xml:space="preserve"> </w:t>
      </w:r>
      <w:proofErr w:type="spellStart"/>
      <w:r w:rsidR="00D021E9" w:rsidRPr="00281076">
        <w:rPr>
          <w:i/>
          <w:iCs/>
          <w:lang w:val="de-DE"/>
        </w:rPr>
        <w:t>prostor</w:t>
      </w:r>
      <w:proofErr w:type="spellEnd"/>
      <w:r w:rsidR="009C6232" w:rsidRPr="00281076">
        <w:rPr>
          <w:i/>
          <w:iCs/>
          <w:lang w:val="de-DE"/>
        </w:rPr>
        <w:t xml:space="preserve">, </w:t>
      </w:r>
      <w:proofErr w:type="spellStart"/>
      <w:r w:rsidR="009C6232" w:rsidRPr="00281076">
        <w:rPr>
          <w:i/>
          <w:iCs/>
          <w:lang w:val="de-DE"/>
        </w:rPr>
        <w:t>tj</w:t>
      </w:r>
      <w:proofErr w:type="spellEnd"/>
      <w:r w:rsidR="009C6232" w:rsidRPr="00281076">
        <w:rPr>
          <w:i/>
          <w:iCs/>
          <w:lang w:val="de-DE"/>
        </w:rPr>
        <w:t xml:space="preserve">. za </w:t>
      </w:r>
      <w:proofErr w:type="spellStart"/>
      <w:r w:rsidR="009C6232" w:rsidRPr="00281076">
        <w:rPr>
          <w:i/>
          <w:iCs/>
          <w:lang w:val="de-DE"/>
        </w:rPr>
        <w:t>neizgrađeno</w:t>
      </w:r>
      <w:proofErr w:type="spellEnd"/>
      <w:r w:rsidR="009C6232" w:rsidRPr="00281076">
        <w:rPr>
          <w:i/>
          <w:iCs/>
          <w:lang w:val="de-DE"/>
        </w:rPr>
        <w:t xml:space="preserve"> </w:t>
      </w:r>
      <w:proofErr w:type="spellStart"/>
      <w:r w:rsidR="009C6232" w:rsidRPr="00281076">
        <w:rPr>
          <w:i/>
          <w:iCs/>
          <w:lang w:val="de-DE"/>
        </w:rPr>
        <w:t>građevinsko</w:t>
      </w:r>
      <w:proofErr w:type="spellEnd"/>
      <w:r w:rsidR="009C6232" w:rsidRPr="00281076">
        <w:rPr>
          <w:i/>
          <w:iCs/>
          <w:lang w:val="de-DE"/>
        </w:rPr>
        <w:t xml:space="preserve"> </w:t>
      </w:r>
      <w:proofErr w:type="spellStart"/>
      <w:r w:rsidR="009C6232" w:rsidRPr="00281076">
        <w:rPr>
          <w:i/>
          <w:iCs/>
          <w:lang w:val="de-DE"/>
        </w:rPr>
        <w:t>zemljište</w:t>
      </w:r>
      <w:proofErr w:type="spellEnd"/>
      <w:r w:rsidR="009C6232" w:rsidRPr="00281076">
        <w:rPr>
          <w:i/>
          <w:iCs/>
          <w:lang w:val="de-DE"/>
        </w:rPr>
        <w:t xml:space="preserve">. </w:t>
      </w:r>
    </w:p>
    <w:p w14:paraId="29E0A993" w14:textId="4128EE45" w:rsidR="009C6232" w:rsidRPr="00281076" w:rsidRDefault="009C6232">
      <w:pPr>
        <w:spacing w:after="120"/>
        <w:ind w:firstLine="567"/>
        <w:jc w:val="both"/>
        <w:rPr>
          <w:i/>
          <w:iCs/>
          <w:lang w:val="de-DE"/>
        </w:rPr>
      </w:pPr>
      <w:r w:rsidRPr="00281076">
        <w:rPr>
          <w:i/>
          <w:iCs/>
          <w:lang w:val="de-DE"/>
        </w:rPr>
        <w:t xml:space="preserve">(7) </w:t>
      </w:r>
      <w:r w:rsidR="003C54F3" w:rsidRPr="00281076">
        <w:rPr>
          <w:i/>
          <w:iCs/>
          <w:lang w:val="de-DE"/>
        </w:rPr>
        <w:t xml:space="preserve">Kada se u </w:t>
      </w:r>
      <w:proofErr w:type="spellStart"/>
      <w:r w:rsidR="003C54F3" w:rsidRPr="00281076">
        <w:rPr>
          <w:i/>
          <w:iCs/>
          <w:lang w:val="de-DE"/>
        </w:rPr>
        <w:t>poslovnom</w:t>
      </w:r>
      <w:proofErr w:type="spellEnd"/>
      <w:r w:rsidR="003C54F3" w:rsidRPr="00281076">
        <w:rPr>
          <w:i/>
          <w:iCs/>
          <w:lang w:val="de-DE"/>
        </w:rPr>
        <w:t xml:space="preserve"> </w:t>
      </w:r>
      <w:proofErr w:type="spellStart"/>
      <w:r w:rsidR="003C54F3" w:rsidRPr="00281076">
        <w:rPr>
          <w:i/>
          <w:iCs/>
          <w:lang w:val="de-DE"/>
        </w:rPr>
        <w:t>prostoru</w:t>
      </w:r>
      <w:proofErr w:type="spellEnd"/>
      <w:r w:rsidR="003C54F3" w:rsidRPr="00281076">
        <w:rPr>
          <w:i/>
          <w:iCs/>
          <w:lang w:val="de-DE"/>
        </w:rPr>
        <w:t xml:space="preserve"> ne </w:t>
      </w:r>
      <w:proofErr w:type="spellStart"/>
      <w:r w:rsidR="003C54F3" w:rsidRPr="00281076">
        <w:rPr>
          <w:i/>
          <w:iCs/>
          <w:lang w:val="de-DE"/>
        </w:rPr>
        <w:t>obavlja</w:t>
      </w:r>
      <w:proofErr w:type="spellEnd"/>
      <w:r w:rsidR="003C54F3" w:rsidRPr="00281076">
        <w:rPr>
          <w:i/>
          <w:iCs/>
          <w:lang w:val="de-DE"/>
        </w:rPr>
        <w:t xml:space="preserve"> </w:t>
      </w:r>
      <w:proofErr w:type="spellStart"/>
      <w:r w:rsidR="003C54F3" w:rsidRPr="00281076">
        <w:rPr>
          <w:i/>
          <w:iCs/>
          <w:lang w:val="de-DE"/>
        </w:rPr>
        <w:t>poslovna</w:t>
      </w:r>
      <w:proofErr w:type="spellEnd"/>
      <w:r w:rsidR="003C54F3" w:rsidRPr="00281076">
        <w:rPr>
          <w:i/>
          <w:iCs/>
          <w:lang w:val="de-DE"/>
        </w:rPr>
        <w:t xml:space="preserve"> </w:t>
      </w:r>
      <w:proofErr w:type="spellStart"/>
      <w:r w:rsidR="003C54F3" w:rsidRPr="00281076">
        <w:rPr>
          <w:i/>
          <w:iCs/>
          <w:lang w:val="de-DE"/>
        </w:rPr>
        <w:t>djelatnost</w:t>
      </w:r>
      <w:proofErr w:type="spellEnd"/>
      <w:r w:rsidR="003C54F3" w:rsidRPr="00281076">
        <w:rPr>
          <w:i/>
          <w:iCs/>
          <w:lang w:val="de-DE"/>
        </w:rPr>
        <w:t xml:space="preserve">, </w:t>
      </w:r>
      <w:proofErr w:type="spellStart"/>
      <w:r w:rsidR="003C54F3" w:rsidRPr="00281076">
        <w:rPr>
          <w:i/>
          <w:iCs/>
          <w:lang w:val="de-DE"/>
        </w:rPr>
        <w:t>koeficijent</w:t>
      </w:r>
      <w:proofErr w:type="spellEnd"/>
      <w:r w:rsidR="003C54F3" w:rsidRPr="00281076">
        <w:rPr>
          <w:i/>
          <w:iCs/>
          <w:lang w:val="de-DE"/>
        </w:rPr>
        <w:t xml:space="preserve"> </w:t>
      </w:r>
      <w:proofErr w:type="spellStart"/>
      <w:r w:rsidR="003C54F3" w:rsidRPr="00281076">
        <w:rPr>
          <w:i/>
          <w:iCs/>
          <w:lang w:val="de-DE"/>
        </w:rPr>
        <w:t>namjene</w:t>
      </w:r>
      <w:proofErr w:type="spellEnd"/>
      <w:r w:rsidR="003C54F3" w:rsidRPr="00281076">
        <w:rPr>
          <w:i/>
          <w:iCs/>
          <w:lang w:val="de-DE"/>
        </w:rPr>
        <w:t xml:space="preserve"> </w:t>
      </w:r>
      <w:proofErr w:type="spellStart"/>
      <w:r w:rsidR="003C54F3" w:rsidRPr="00281076">
        <w:rPr>
          <w:i/>
          <w:iCs/>
          <w:lang w:val="de-DE"/>
        </w:rPr>
        <w:t>iznosi</w:t>
      </w:r>
      <w:proofErr w:type="spellEnd"/>
      <w:r w:rsidR="003C54F3" w:rsidRPr="00281076">
        <w:rPr>
          <w:i/>
          <w:iCs/>
          <w:lang w:val="de-DE"/>
        </w:rPr>
        <w:t xml:space="preserve"> 1,00 </w:t>
      </w:r>
      <w:proofErr w:type="spellStart"/>
      <w:r w:rsidR="003C54F3" w:rsidRPr="00281076">
        <w:rPr>
          <w:i/>
          <w:iCs/>
          <w:lang w:val="de-DE"/>
        </w:rPr>
        <w:t>sve</w:t>
      </w:r>
      <w:proofErr w:type="spellEnd"/>
      <w:r w:rsidR="003C54F3" w:rsidRPr="00281076">
        <w:rPr>
          <w:i/>
          <w:iCs/>
          <w:lang w:val="de-DE"/>
        </w:rPr>
        <w:t xml:space="preserve"> </w:t>
      </w:r>
      <w:r w:rsidR="004A579C" w:rsidRPr="00281076">
        <w:rPr>
          <w:i/>
          <w:iCs/>
          <w:lang w:val="de-DE"/>
        </w:rPr>
        <w:t xml:space="preserve">do </w:t>
      </w:r>
      <w:proofErr w:type="spellStart"/>
      <w:r w:rsidR="004A579C" w:rsidRPr="00281076">
        <w:rPr>
          <w:i/>
          <w:iCs/>
          <w:lang w:val="de-DE"/>
        </w:rPr>
        <w:t>početka</w:t>
      </w:r>
      <w:proofErr w:type="spellEnd"/>
      <w:r w:rsidR="004A579C" w:rsidRPr="00281076">
        <w:rPr>
          <w:i/>
          <w:iCs/>
          <w:lang w:val="de-DE"/>
        </w:rPr>
        <w:t xml:space="preserve"> </w:t>
      </w:r>
      <w:proofErr w:type="spellStart"/>
      <w:r w:rsidR="004A579C" w:rsidRPr="00281076">
        <w:rPr>
          <w:i/>
          <w:iCs/>
          <w:lang w:val="de-DE"/>
        </w:rPr>
        <w:t>obavljanja</w:t>
      </w:r>
      <w:proofErr w:type="spellEnd"/>
      <w:r w:rsidR="004A579C" w:rsidRPr="00281076">
        <w:rPr>
          <w:i/>
          <w:iCs/>
          <w:lang w:val="de-DE"/>
        </w:rPr>
        <w:t xml:space="preserve"> </w:t>
      </w:r>
      <w:proofErr w:type="spellStart"/>
      <w:r w:rsidR="00281076">
        <w:rPr>
          <w:i/>
          <w:iCs/>
          <w:lang w:val="de-DE"/>
        </w:rPr>
        <w:t>d</w:t>
      </w:r>
      <w:r w:rsidR="004A579C" w:rsidRPr="00281076">
        <w:rPr>
          <w:i/>
          <w:iCs/>
          <w:lang w:val="de-DE"/>
        </w:rPr>
        <w:t>jelatnosti</w:t>
      </w:r>
      <w:proofErr w:type="spellEnd"/>
      <w:r w:rsidR="004A579C" w:rsidRPr="00281076">
        <w:rPr>
          <w:i/>
          <w:iCs/>
          <w:lang w:val="de-DE"/>
        </w:rPr>
        <w:t>.“</w:t>
      </w:r>
    </w:p>
    <w:p w14:paraId="51403214" w14:textId="77777777" w:rsidR="00F75EC9" w:rsidRPr="009C6232" w:rsidRDefault="00221FED">
      <w:pPr>
        <w:spacing w:before="160" w:after="80"/>
        <w:jc w:val="center"/>
        <w:rPr>
          <w:lang w:val="de-DE"/>
        </w:rPr>
      </w:pPr>
      <w:proofErr w:type="spellStart"/>
      <w:r w:rsidRPr="009C6232">
        <w:rPr>
          <w:b/>
          <w:lang w:val="de-DE"/>
        </w:rPr>
        <w:t>Članak</w:t>
      </w:r>
      <w:proofErr w:type="spellEnd"/>
      <w:r w:rsidRPr="009C6232">
        <w:rPr>
          <w:b/>
          <w:lang w:val="de-DE"/>
        </w:rPr>
        <w:t xml:space="preserve"> 5.</w:t>
      </w:r>
    </w:p>
    <w:p w14:paraId="26CE1B15" w14:textId="77777777" w:rsidR="00F75EC9" w:rsidRPr="00F85394" w:rsidRDefault="00221FED">
      <w:pPr>
        <w:spacing w:after="120"/>
        <w:ind w:firstLine="567"/>
        <w:jc w:val="both"/>
        <w:rPr>
          <w:lang w:val="de-DE"/>
        </w:rPr>
      </w:pPr>
      <w:r w:rsidRPr="00F85394">
        <w:rPr>
          <w:lang w:val="de-DE"/>
        </w:rPr>
        <w:t xml:space="preserve">U </w:t>
      </w:r>
      <w:proofErr w:type="spellStart"/>
      <w:r w:rsidRPr="00F85394">
        <w:rPr>
          <w:lang w:val="de-DE"/>
        </w:rPr>
        <w:t>članku</w:t>
      </w:r>
      <w:proofErr w:type="spellEnd"/>
      <w:r w:rsidRPr="00F85394">
        <w:rPr>
          <w:lang w:val="de-DE"/>
        </w:rPr>
        <w:t xml:space="preserve"> 10. </w:t>
      </w:r>
      <w:proofErr w:type="spellStart"/>
      <w:r w:rsidRPr="00F85394">
        <w:rPr>
          <w:lang w:val="de-DE"/>
        </w:rPr>
        <w:t>iza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stavka</w:t>
      </w:r>
      <w:proofErr w:type="spellEnd"/>
      <w:r w:rsidRPr="00F85394">
        <w:rPr>
          <w:lang w:val="de-DE"/>
        </w:rPr>
        <w:t xml:space="preserve"> 4. </w:t>
      </w:r>
      <w:proofErr w:type="spellStart"/>
      <w:r w:rsidRPr="00F85394">
        <w:rPr>
          <w:lang w:val="de-DE"/>
        </w:rPr>
        <w:t>dodaju</w:t>
      </w:r>
      <w:proofErr w:type="spellEnd"/>
      <w:r w:rsidRPr="00F85394">
        <w:rPr>
          <w:lang w:val="de-DE"/>
        </w:rPr>
        <w:t xml:space="preserve"> se </w:t>
      </w:r>
      <w:proofErr w:type="spellStart"/>
      <w:r w:rsidRPr="00F85394">
        <w:rPr>
          <w:lang w:val="de-DE"/>
        </w:rPr>
        <w:t>novi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stavci</w:t>
      </w:r>
      <w:proofErr w:type="spellEnd"/>
      <w:r w:rsidRPr="00F85394">
        <w:rPr>
          <w:lang w:val="de-DE"/>
        </w:rPr>
        <w:t xml:space="preserve"> 5., 6., 7. i 8. koji glase:</w:t>
      </w:r>
    </w:p>
    <w:p w14:paraId="4BF1CB19" w14:textId="77777777" w:rsidR="00F75EC9" w:rsidRPr="00F85394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F85394">
        <w:rPr>
          <w:i/>
          <w:iCs/>
          <w:lang w:val="de-DE"/>
        </w:rPr>
        <w:t xml:space="preserve">"(5) Za </w:t>
      </w:r>
      <w:proofErr w:type="spellStart"/>
      <w:r w:rsidRPr="00F85394">
        <w:rPr>
          <w:i/>
          <w:iCs/>
          <w:lang w:val="de-DE"/>
        </w:rPr>
        <w:t>složene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funkcionalne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cjeline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osobito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postrojenja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proizvodnju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električne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energije</w:t>
      </w:r>
      <w:proofErr w:type="spellEnd"/>
      <w:r w:rsidRPr="00F85394">
        <w:rPr>
          <w:i/>
          <w:iCs/>
          <w:lang w:val="de-DE"/>
        </w:rPr>
        <w:t xml:space="preserve"> iz </w:t>
      </w:r>
      <w:proofErr w:type="spellStart"/>
      <w:r w:rsidRPr="00F85394">
        <w:rPr>
          <w:i/>
          <w:iCs/>
          <w:lang w:val="de-DE"/>
        </w:rPr>
        <w:t>obnovljivih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izvora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energije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obračunska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utvrđuje</w:t>
      </w:r>
      <w:proofErr w:type="spellEnd"/>
      <w:r w:rsidRPr="00F85394">
        <w:rPr>
          <w:i/>
          <w:iCs/>
          <w:lang w:val="de-DE"/>
        </w:rPr>
        <w:t xml:space="preserve"> se na </w:t>
      </w:r>
      <w:proofErr w:type="spellStart"/>
      <w:r w:rsidRPr="00F85394">
        <w:rPr>
          <w:i/>
          <w:iCs/>
          <w:lang w:val="de-DE"/>
        </w:rPr>
        <w:t>temelju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uporabne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dozvole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glavnog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projekta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izvedbenog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projekta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geodetskog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elaborata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ili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snimke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izvedenog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stanja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katastarskih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podataka</w:t>
      </w:r>
      <w:proofErr w:type="spellEnd"/>
      <w:r w:rsidRPr="00F85394">
        <w:rPr>
          <w:i/>
          <w:iCs/>
          <w:lang w:val="de-DE"/>
        </w:rPr>
        <w:t>,</w:t>
      </w:r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očitovanja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nadležnih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tijela</w:t>
      </w:r>
      <w:proofErr w:type="spellEnd"/>
      <w:r w:rsidRPr="00F85394">
        <w:rPr>
          <w:lang w:val="de-DE"/>
        </w:rPr>
        <w:t xml:space="preserve">, </w:t>
      </w:r>
      <w:proofErr w:type="spellStart"/>
      <w:r w:rsidRPr="00F85394">
        <w:rPr>
          <w:lang w:val="de-DE"/>
        </w:rPr>
        <w:t>zapisnika</w:t>
      </w:r>
      <w:proofErr w:type="spellEnd"/>
      <w:r w:rsidRPr="00F85394">
        <w:rPr>
          <w:lang w:val="de-DE"/>
        </w:rPr>
        <w:t xml:space="preserve"> o </w:t>
      </w:r>
      <w:proofErr w:type="spellStart"/>
      <w:r w:rsidRPr="00F85394">
        <w:rPr>
          <w:lang w:val="de-DE"/>
        </w:rPr>
        <w:t>očevidu</w:t>
      </w:r>
      <w:proofErr w:type="spellEnd"/>
      <w:r w:rsidRPr="00F85394">
        <w:rPr>
          <w:lang w:val="de-DE"/>
        </w:rPr>
        <w:t xml:space="preserve"> i </w:t>
      </w:r>
      <w:proofErr w:type="spellStart"/>
      <w:r w:rsidRPr="00F85394">
        <w:rPr>
          <w:lang w:val="de-DE"/>
        </w:rPr>
        <w:t>druge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dokumentacije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prikladne</w:t>
      </w:r>
      <w:proofErr w:type="spellEnd"/>
      <w:r w:rsidRPr="00F85394">
        <w:rPr>
          <w:lang w:val="de-DE"/>
        </w:rPr>
        <w:t xml:space="preserve"> za </w:t>
      </w:r>
      <w:proofErr w:type="spellStart"/>
      <w:r w:rsidRPr="00F85394">
        <w:rPr>
          <w:lang w:val="de-DE"/>
        </w:rPr>
        <w:t>utvrđivanje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stvarne</w:t>
      </w:r>
      <w:proofErr w:type="spellEnd"/>
      <w:r w:rsidRPr="00F85394">
        <w:rPr>
          <w:lang w:val="de-DE"/>
        </w:rPr>
        <w:t xml:space="preserve"> i </w:t>
      </w:r>
      <w:proofErr w:type="spellStart"/>
      <w:r w:rsidRPr="00F85394">
        <w:rPr>
          <w:i/>
          <w:iCs/>
          <w:lang w:val="de-DE"/>
        </w:rPr>
        <w:t>funkcionalne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nekretnine</w:t>
      </w:r>
      <w:proofErr w:type="spellEnd"/>
      <w:r w:rsidRPr="00F85394">
        <w:rPr>
          <w:i/>
          <w:iCs/>
          <w:lang w:val="de-DE"/>
        </w:rPr>
        <w:t>."</w:t>
      </w:r>
    </w:p>
    <w:p w14:paraId="16094917" w14:textId="77777777" w:rsidR="00F75EC9" w:rsidRPr="00F85394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F85394">
        <w:rPr>
          <w:i/>
          <w:iCs/>
          <w:lang w:val="de-DE"/>
        </w:rPr>
        <w:t xml:space="preserve">"(6) </w:t>
      </w:r>
      <w:proofErr w:type="spellStart"/>
      <w:r w:rsidRPr="00F85394">
        <w:rPr>
          <w:i/>
          <w:iCs/>
          <w:lang w:val="de-DE"/>
        </w:rPr>
        <w:t>Ako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pojedini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dokaz</w:t>
      </w:r>
      <w:proofErr w:type="spellEnd"/>
      <w:r w:rsidRPr="00F85394">
        <w:rPr>
          <w:i/>
          <w:iCs/>
          <w:lang w:val="de-DE"/>
        </w:rPr>
        <w:t xml:space="preserve"> iz </w:t>
      </w:r>
      <w:proofErr w:type="spellStart"/>
      <w:r w:rsidRPr="00F85394">
        <w:rPr>
          <w:i/>
          <w:iCs/>
          <w:lang w:val="de-DE"/>
        </w:rPr>
        <w:t>stavka</w:t>
      </w:r>
      <w:proofErr w:type="spellEnd"/>
      <w:r w:rsidRPr="00F85394">
        <w:rPr>
          <w:i/>
          <w:iCs/>
          <w:lang w:val="de-DE"/>
        </w:rPr>
        <w:t xml:space="preserve"> 5. </w:t>
      </w:r>
      <w:proofErr w:type="spellStart"/>
      <w:r w:rsidRPr="00F85394">
        <w:rPr>
          <w:i/>
          <w:iCs/>
          <w:lang w:val="de-DE"/>
        </w:rPr>
        <w:t>ovoga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članka</w:t>
      </w:r>
      <w:proofErr w:type="spellEnd"/>
      <w:r w:rsidRPr="00F85394">
        <w:rPr>
          <w:i/>
          <w:iCs/>
          <w:lang w:val="de-DE"/>
        </w:rPr>
        <w:t xml:space="preserve"> ne </w:t>
      </w:r>
      <w:proofErr w:type="spellStart"/>
      <w:r w:rsidRPr="00F85394">
        <w:rPr>
          <w:i/>
          <w:iCs/>
          <w:lang w:val="de-DE"/>
        </w:rPr>
        <w:t>sadrži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sve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podatke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potrebne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utvrđivanje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obračunske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upravni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odjel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nadležan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komunalno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gospodarstvo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može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zatražiti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dopunu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dokumentacije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provesti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očevid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pribaviti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očitovanja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javnopravnih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tijela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ili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drugih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nadležnih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osoba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te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cijeniti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sve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izvedene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dokaze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pojedinačno</w:t>
      </w:r>
      <w:proofErr w:type="spellEnd"/>
      <w:r w:rsidRPr="00F85394">
        <w:rPr>
          <w:i/>
          <w:iCs/>
          <w:lang w:val="de-DE"/>
        </w:rPr>
        <w:t xml:space="preserve"> i u </w:t>
      </w:r>
      <w:proofErr w:type="spellStart"/>
      <w:r w:rsidRPr="00F85394">
        <w:rPr>
          <w:i/>
          <w:iCs/>
          <w:lang w:val="de-DE"/>
        </w:rPr>
        <w:t>njihovoj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međusobnoj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vezi</w:t>
      </w:r>
      <w:proofErr w:type="spellEnd"/>
      <w:r w:rsidRPr="00F85394">
        <w:rPr>
          <w:i/>
          <w:iCs/>
          <w:lang w:val="de-DE"/>
        </w:rPr>
        <w:t>."</w:t>
      </w:r>
    </w:p>
    <w:p w14:paraId="7D45A402" w14:textId="77777777" w:rsidR="00F75EC9" w:rsidRPr="00F85394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F85394">
        <w:rPr>
          <w:i/>
          <w:iCs/>
          <w:lang w:val="de-DE"/>
        </w:rPr>
        <w:t xml:space="preserve">"(7) </w:t>
      </w:r>
      <w:proofErr w:type="spellStart"/>
      <w:r w:rsidRPr="00F85394">
        <w:rPr>
          <w:i/>
          <w:iCs/>
          <w:lang w:val="de-DE"/>
        </w:rPr>
        <w:t>Kod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postrojenja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proizvodnju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električne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energije</w:t>
      </w:r>
      <w:proofErr w:type="spellEnd"/>
      <w:r w:rsidRPr="00F85394">
        <w:rPr>
          <w:i/>
          <w:iCs/>
          <w:lang w:val="de-DE"/>
        </w:rPr>
        <w:t xml:space="preserve"> iz </w:t>
      </w:r>
      <w:proofErr w:type="spellStart"/>
      <w:r w:rsidRPr="00F85394">
        <w:rPr>
          <w:i/>
          <w:iCs/>
          <w:lang w:val="de-DE"/>
        </w:rPr>
        <w:t>obnovljivih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izvora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energije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obračunska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može</w:t>
      </w:r>
      <w:proofErr w:type="spellEnd"/>
      <w:r w:rsidRPr="00F85394">
        <w:rPr>
          <w:i/>
          <w:iCs/>
          <w:lang w:val="de-DE"/>
        </w:rPr>
        <w:t xml:space="preserve"> se </w:t>
      </w:r>
      <w:proofErr w:type="spellStart"/>
      <w:r w:rsidRPr="00F85394">
        <w:rPr>
          <w:i/>
          <w:iCs/>
          <w:lang w:val="de-DE"/>
        </w:rPr>
        <w:t>iskazati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analitički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prema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pojedinim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dijelovima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funkcionalne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cjeline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uključujući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poslovni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prostor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građevinsko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zemljište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koje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služi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obavljanju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poslovne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djelatnosti</w:t>
      </w:r>
      <w:proofErr w:type="spellEnd"/>
      <w:r w:rsidRPr="00F85394">
        <w:rPr>
          <w:i/>
          <w:iCs/>
          <w:lang w:val="de-DE"/>
        </w:rPr>
        <w:t xml:space="preserve">, interne </w:t>
      </w:r>
      <w:proofErr w:type="spellStart"/>
      <w:r w:rsidRPr="00F85394">
        <w:rPr>
          <w:i/>
          <w:iCs/>
          <w:lang w:val="de-DE"/>
        </w:rPr>
        <w:t>prometnice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platoe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servisne</w:t>
      </w:r>
      <w:proofErr w:type="spellEnd"/>
      <w:r w:rsidRPr="00F85394">
        <w:rPr>
          <w:i/>
          <w:iCs/>
          <w:lang w:val="de-DE"/>
        </w:rPr>
        <w:t xml:space="preserve"> i </w:t>
      </w:r>
      <w:proofErr w:type="spellStart"/>
      <w:r w:rsidRPr="00F85394">
        <w:rPr>
          <w:i/>
          <w:iCs/>
          <w:lang w:val="de-DE"/>
        </w:rPr>
        <w:t>manipulativne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te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druge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funkcionalne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površine</w:t>
      </w:r>
      <w:proofErr w:type="spellEnd"/>
      <w:r w:rsidRPr="00F85394">
        <w:rPr>
          <w:i/>
          <w:iCs/>
          <w:lang w:val="de-DE"/>
        </w:rPr>
        <w:t>."</w:t>
      </w:r>
    </w:p>
    <w:p w14:paraId="73B1EAD1" w14:textId="77777777" w:rsidR="00F75EC9" w:rsidRPr="00F85394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F85394">
        <w:rPr>
          <w:i/>
          <w:iCs/>
          <w:lang w:val="de-DE"/>
        </w:rPr>
        <w:t xml:space="preserve">"(8) U </w:t>
      </w:r>
      <w:proofErr w:type="spellStart"/>
      <w:r w:rsidRPr="00F85394">
        <w:rPr>
          <w:i/>
          <w:iCs/>
          <w:lang w:val="de-DE"/>
        </w:rPr>
        <w:t>rješenju</w:t>
      </w:r>
      <w:proofErr w:type="spellEnd"/>
      <w:r w:rsidRPr="00F85394">
        <w:rPr>
          <w:i/>
          <w:iCs/>
          <w:lang w:val="de-DE"/>
        </w:rPr>
        <w:t xml:space="preserve"> o </w:t>
      </w:r>
      <w:proofErr w:type="spellStart"/>
      <w:r w:rsidRPr="00F85394">
        <w:rPr>
          <w:i/>
          <w:iCs/>
          <w:lang w:val="de-DE"/>
        </w:rPr>
        <w:t>komunalnoj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naknadi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površine</w:t>
      </w:r>
      <w:proofErr w:type="spellEnd"/>
      <w:r w:rsidRPr="00F85394">
        <w:rPr>
          <w:i/>
          <w:iCs/>
          <w:lang w:val="de-DE"/>
        </w:rPr>
        <w:t xml:space="preserve"> iz </w:t>
      </w:r>
      <w:proofErr w:type="spellStart"/>
      <w:r w:rsidRPr="00F85394">
        <w:rPr>
          <w:i/>
          <w:iCs/>
          <w:lang w:val="de-DE"/>
        </w:rPr>
        <w:t>stavka</w:t>
      </w:r>
      <w:proofErr w:type="spellEnd"/>
      <w:r w:rsidRPr="00F85394">
        <w:rPr>
          <w:i/>
          <w:iCs/>
          <w:lang w:val="de-DE"/>
        </w:rPr>
        <w:t xml:space="preserve"> 7. </w:t>
      </w:r>
      <w:proofErr w:type="spellStart"/>
      <w:r w:rsidRPr="00F85394">
        <w:rPr>
          <w:i/>
          <w:iCs/>
          <w:lang w:val="de-DE"/>
        </w:rPr>
        <w:t>ovoga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članka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mogu</w:t>
      </w:r>
      <w:proofErr w:type="spellEnd"/>
      <w:r w:rsidRPr="00F85394">
        <w:rPr>
          <w:i/>
          <w:iCs/>
          <w:lang w:val="de-DE"/>
        </w:rPr>
        <w:t xml:space="preserve"> se </w:t>
      </w:r>
      <w:proofErr w:type="spellStart"/>
      <w:r w:rsidRPr="00F85394">
        <w:rPr>
          <w:i/>
          <w:iCs/>
          <w:lang w:val="de-DE"/>
        </w:rPr>
        <w:t>iskazati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zasebno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ili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zbirno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ovisno</w:t>
      </w:r>
      <w:proofErr w:type="spellEnd"/>
      <w:r w:rsidRPr="00F85394">
        <w:rPr>
          <w:i/>
          <w:iCs/>
          <w:lang w:val="de-DE"/>
        </w:rPr>
        <w:t xml:space="preserve"> o </w:t>
      </w:r>
      <w:proofErr w:type="spellStart"/>
      <w:r w:rsidRPr="00F85394">
        <w:rPr>
          <w:i/>
          <w:iCs/>
          <w:lang w:val="de-DE"/>
        </w:rPr>
        <w:t>činjenicama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utvrđenima</w:t>
      </w:r>
      <w:proofErr w:type="spellEnd"/>
      <w:r w:rsidRPr="00F85394">
        <w:rPr>
          <w:i/>
          <w:iCs/>
          <w:lang w:val="de-DE"/>
        </w:rPr>
        <w:t xml:space="preserve"> u </w:t>
      </w:r>
      <w:proofErr w:type="spellStart"/>
      <w:r w:rsidRPr="00F85394">
        <w:rPr>
          <w:i/>
          <w:iCs/>
          <w:lang w:val="de-DE"/>
        </w:rPr>
        <w:t>postupku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uz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obvezno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navođenje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dokaza</w:t>
      </w:r>
      <w:proofErr w:type="spellEnd"/>
      <w:r w:rsidRPr="00F85394">
        <w:rPr>
          <w:i/>
          <w:iCs/>
          <w:lang w:val="de-DE"/>
        </w:rPr>
        <w:t xml:space="preserve"> na </w:t>
      </w:r>
      <w:proofErr w:type="spellStart"/>
      <w:r w:rsidRPr="00F85394">
        <w:rPr>
          <w:i/>
          <w:iCs/>
          <w:lang w:val="de-DE"/>
        </w:rPr>
        <w:t>temelju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kojih</w:t>
      </w:r>
      <w:proofErr w:type="spellEnd"/>
      <w:r w:rsidRPr="00F85394">
        <w:rPr>
          <w:i/>
          <w:iCs/>
          <w:lang w:val="de-DE"/>
        </w:rPr>
        <w:t xml:space="preserve"> je </w:t>
      </w:r>
      <w:proofErr w:type="spellStart"/>
      <w:r w:rsidRPr="00F85394">
        <w:rPr>
          <w:i/>
          <w:iCs/>
          <w:lang w:val="de-DE"/>
        </w:rPr>
        <w:t>utvrđena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obračunska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površina</w:t>
      </w:r>
      <w:proofErr w:type="spellEnd"/>
      <w:r w:rsidRPr="00F85394">
        <w:rPr>
          <w:i/>
          <w:iCs/>
          <w:lang w:val="de-DE"/>
        </w:rPr>
        <w:t>."</w:t>
      </w:r>
    </w:p>
    <w:p w14:paraId="0B8A4B24" w14:textId="77777777" w:rsidR="00F75EC9" w:rsidRPr="00F85394" w:rsidRDefault="00221FED">
      <w:pPr>
        <w:spacing w:before="160" w:after="80"/>
        <w:jc w:val="center"/>
        <w:rPr>
          <w:lang w:val="de-DE"/>
        </w:rPr>
      </w:pPr>
      <w:proofErr w:type="spellStart"/>
      <w:r w:rsidRPr="00F85394">
        <w:rPr>
          <w:b/>
          <w:lang w:val="de-DE"/>
        </w:rPr>
        <w:t>Članak</w:t>
      </w:r>
      <w:proofErr w:type="spellEnd"/>
      <w:r w:rsidRPr="00F85394">
        <w:rPr>
          <w:b/>
          <w:lang w:val="de-DE"/>
        </w:rPr>
        <w:t xml:space="preserve"> 6.</w:t>
      </w:r>
    </w:p>
    <w:p w14:paraId="53715741" w14:textId="028046F4" w:rsidR="00F75EC9" w:rsidRPr="00F85394" w:rsidRDefault="00221FED">
      <w:pPr>
        <w:spacing w:after="120"/>
        <w:ind w:firstLine="567"/>
        <w:jc w:val="both"/>
        <w:rPr>
          <w:lang w:val="de-DE"/>
        </w:rPr>
      </w:pPr>
      <w:r w:rsidRPr="00F85394">
        <w:rPr>
          <w:lang w:val="de-DE"/>
        </w:rPr>
        <w:t xml:space="preserve">U </w:t>
      </w:r>
      <w:proofErr w:type="spellStart"/>
      <w:r w:rsidRPr="00F85394">
        <w:rPr>
          <w:lang w:val="de-DE"/>
        </w:rPr>
        <w:t>članku</w:t>
      </w:r>
      <w:proofErr w:type="spellEnd"/>
      <w:r w:rsidRPr="00F85394">
        <w:rPr>
          <w:lang w:val="de-DE"/>
        </w:rPr>
        <w:t xml:space="preserve"> 11. </w:t>
      </w:r>
      <w:proofErr w:type="spellStart"/>
      <w:r w:rsidRPr="00F85394">
        <w:rPr>
          <w:lang w:val="de-DE"/>
        </w:rPr>
        <w:t>stavku</w:t>
      </w:r>
      <w:proofErr w:type="spellEnd"/>
      <w:r w:rsidRPr="00F85394">
        <w:rPr>
          <w:lang w:val="de-DE"/>
        </w:rPr>
        <w:t xml:space="preserve"> 2. </w:t>
      </w:r>
      <w:proofErr w:type="spellStart"/>
      <w:r w:rsidRPr="00F85394">
        <w:rPr>
          <w:lang w:val="de-DE"/>
        </w:rPr>
        <w:t>iza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podstavka</w:t>
      </w:r>
      <w:proofErr w:type="spellEnd"/>
      <w:r w:rsidR="00863517" w:rsidRPr="00F85394">
        <w:rPr>
          <w:lang w:val="de-DE"/>
        </w:rPr>
        <w:t xml:space="preserve"> 3.</w:t>
      </w:r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dodaje</w:t>
      </w:r>
      <w:proofErr w:type="spellEnd"/>
      <w:r w:rsidRPr="00F85394">
        <w:rPr>
          <w:lang w:val="de-DE"/>
        </w:rPr>
        <w:t xml:space="preserve"> se </w:t>
      </w:r>
      <w:proofErr w:type="spellStart"/>
      <w:r w:rsidRPr="00F85394">
        <w:rPr>
          <w:lang w:val="de-DE"/>
        </w:rPr>
        <w:t>novi</w:t>
      </w:r>
      <w:proofErr w:type="spellEnd"/>
      <w:r w:rsidRPr="00F85394">
        <w:rPr>
          <w:lang w:val="de-DE"/>
        </w:rPr>
        <w:t xml:space="preserve"> </w:t>
      </w:r>
      <w:proofErr w:type="spellStart"/>
      <w:r w:rsidRPr="00F85394">
        <w:rPr>
          <w:lang w:val="de-DE"/>
        </w:rPr>
        <w:t>podstavak</w:t>
      </w:r>
      <w:proofErr w:type="spellEnd"/>
      <w:r w:rsidR="00863517" w:rsidRPr="00F85394">
        <w:rPr>
          <w:lang w:val="de-DE"/>
        </w:rPr>
        <w:t xml:space="preserve"> 4.</w:t>
      </w:r>
      <w:r w:rsidRPr="00F85394">
        <w:rPr>
          <w:lang w:val="de-DE"/>
        </w:rPr>
        <w:t xml:space="preserve"> koji </w:t>
      </w:r>
      <w:proofErr w:type="spellStart"/>
      <w:r w:rsidRPr="00F85394">
        <w:rPr>
          <w:lang w:val="de-DE"/>
        </w:rPr>
        <w:t>glasi</w:t>
      </w:r>
      <w:proofErr w:type="spellEnd"/>
      <w:r w:rsidRPr="00F85394">
        <w:rPr>
          <w:lang w:val="de-DE"/>
        </w:rPr>
        <w:t>:</w:t>
      </w:r>
    </w:p>
    <w:p w14:paraId="3E2D34C7" w14:textId="65EDB149" w:rsidR="00F75EC9" w:rsidRPr="00F85394" w:rsidRDefault="00221FED">
      <w:pPr>
        <w:spacing w:after="120"/>
        <w:ind w:firstLine="567"/>
        <w:jc w:val="both"/>
        <w:rPr>
          <w:i/>
          <w:iCs/>
          <w:lang w:val="de-DE"/>
        </w:rPr>
      </w:pPr>
      <w:r w:rsidRPr="00F85394">
        <w:rPr>
          <w:i/>
          <w:iCs/>
          <w:lang w:val="de-DE"/>
        </w:rPr>
        <w:t>"</w:t>
      </w:r>
      <w:proofErr w:type="gramStart"/>
      <w:r w:rsidRPr="00F85394">
        <w:rPr>
          <w:i/>
          <w:iCs/>
          <w:lang w:val="de-DE"/>
        </w:rPr>
        <w:t>-</w:t>
      </w:r>
      <w:r w:rsidR="000552EF" w:rsidRPr="00F85394">
        <w:rPr>
          <w:i/>
          <w:iCs/>
          <w:lang w:val="de-DE"/>
        </w:rPr>
        <w:t xml:space="preserve"> </w:t>
      </w:r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dokazi</w:t>
      </w:r>
      <w:proofErr w:type="spellEnd"/>
      <w:proofErr w:type="gramEnd"/>
      <w:r w:rsidRPr="00F85394">
        <w:rPr>
          <w:i/>
          <w:iCs/>
          <w:lang w:val="de-DE"/>
        </w:rPr>
        <w:t xml:space="preserve"> na </w:t>
      </w:r>
      <w:proofErr w:type="spellStart"/>
      <w:r w:rsidRPr="00F85394">
        <w:rPr>
          <w:i/>
          <w:iCs/>
          <w:lang w:val="de-DE"/>
        </w:rPr>
        <w:t>temelju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kojih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su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utvrđeni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namjena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nekretnine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obračunska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površina</w:t>
      </w:r>
      <w:proofErr w:type="spellEnd"/>
      <w:r w:rsidRPr="00F85394">
        <w:rPr>
          <w:i/>
          <w:iCs/>
          <w:lang w:val="de-DE"/>
        </w:rPr>
        <w:t xml:space="preserve">, </w:t>
      </w:r>
      <w:proofErr w:type="spellStart"/>
      <w:r w:rsidRPr="00F85394">
        <w:rPr>
          <w:i/>
          <w:iCs/>
          <w:lang w:val="de-DE"/>
        </w:rPr>
        <w:t>zona</w:t>
      </w:r>
      <w:proofErr w:type="spellEnd"/>
      <w:r w:rsidRPr="00F85394">
        <w:rPr>
          <w:i/>
          <w:iCs/>
          <w:lang w:val="de-DE"/>
        </w:rPr>
        <w:t xml:space="preserve"> i </w:t>
      </w:r>
      <w:proofErr w:type="spellStart"/>
      <w:r w:rsidRPr="00F85394">
        <w:rPr>
          <w:i/>
          <w:iCs/>
          <w:lang w:val="de-DE"/>
        </w:rPr>
        <w:t>drugi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podaci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bitni</w:t>
      </w:r>
      <w:proofErr w:type="spellEnd"/>
      <w:r w:rsidRPr="00F85394">
        <w:rPr>
          <w:i/>
          <w:iCs/>
          <w:lang w:val="de-DE"/>
        </w:rPr>
        <w:t xml:space="preserve"> za </w:t>
      </w:r>
      <w:proofErr w:type="spellStart"/>
      <w:r w:rsidRPr="00F85394">
        <w:rPr>
          <w:i/>
          <w:iCs/>
          <w:lang w:val="de-DE"/>
        </w:rPr>
        <w:t>izračun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komunalne</w:t>
      </w:r>
      <w:proofErr w:type="spellEnd"/>
      <w:r w:rsidRPr="00F85394">
        <w:rPr>
          <w:i/>
          <w:iCs/>
          <w:lang w:val="de-DE"/>
        </w:rPr>
        <w:t xml:space="preserve"> </w:t>
      </w:r>
      <w:proofErr w:type="spellStart"/>
      <w:r w:rsidRPr="00F85394">
        <w:rPr>
          <w:i/>
          <w:iCs/>
          <w:lang w:val="de-DE"/>
        </w:rPr>
        <w:t>naknade</w:t>
      </w:r>
      <w:proofErr w:type="spellEnd"/>
      <w:r w:rsidRPr="00F85394">
        <w:rPr>
          <w:i/>
          <w:iCs/>
          <w:lang w:val="de-DE"/>
        </w:rPr>
        <w:t>,"</w:t>
      </w:r>
    </w:p>
    <w:p w14:paraId="674E79CD" w14:textId="6EF832CB" w:rsidR="00F75EC9" w:rsidRDefault="00221FED">
      <w:pPr>
        <w:spacing w:after="120"/>
        <w:ind w:firstLine="567"/>
        <w:jc w:val="both"/>
      </w:pPr>
      <w:proofErr w:type="spellStart"/>
      <w:r>
        <w:t>Dosadašnji</w:t>
      </w:r>
      <w:proofErr w:type="spellEnd"/>
      <w:r>
        <w:t xml:space="preserve"> </w:t>
      </w:r>
      <w:proofErr w:type="spellStart"/>
      <w:r>
        <w:t>podstavci</w:t>
      </w:r>
      <w:proofErr w:type="spellEnd"/>
      <w:r>
        <w:t xml:space="preserve"> </w:t>
      </w:r>
      <w:r w:rsidR="00863517">
        <w:t xml:space="preserve">4.,5. i 6 </w:t>
      </w:r>
      <w:proofErr w:type="spellStart"/>
      <w:r w:rsidR="00863517">
        <w:t>postaju</w:t>
      </w:r>
      <w:proofErr w:type="spellEnd"/>
      <w:r w:rsidR="00863517">
        <w:t xml:space="preserve"> </w:t>
      </w:r>
      <w:proofErr w:type="spellStart"/>
      <w:r w:rsidR="00863517">
        <w:t>podstavci</w:t>
      </w:r>
      <w:proofErr w:type="spellEnd"/>
      <w:r w:rsidR="00863517">
        <w:t xml:space="preserve"> 5.,6. i 7. </w:t>
      </w:r>
    </w:p>
    <w:p w14:paraId="48A3A090" w14:textId="77777777" w:rsidR="00F75EC9" w:rsidRDefault="00221FED">
      <w:pPr>
        <w:spacing w:after="120"/>
        <w:ind w:firstLine="567"/>
        <w:jc w:val="both"/>
      </w:pPr>
      <w:r>
        <w:t xml:space="preserve">Iza </w:t>
      </w:r>
      <w:proofErr w:type="spellStart"/>
      <w:r>
        <w:t>stavka</w:t>
      </w:r>
      <w:proofErr w:type="spellEnd"/>
      <w:r>
        <w:t xml:space="preserve"> 3. </w:t>
      </w:r>
      <w:proofErr w:type="spellStart"/>
      <w:r>
        <w:t>dodaje</w:t>
      </w:r>
      <w:proofErr w:type="spellEnd"/>
      <w:r>
        <w:t xml:space="preserve"> se novi </w:t>
      </w:r>
      <w:proofErr w:type="spellStart"/>
      <w:r>
        <w:t>stavak</w:t>
      </w:r>
      <w:proofErr w:type="spellEnd"/>
      <w:r>
        <w:t xml:space="preserve"> 4. koji </w:t>
      </w:r>
      <w:proofErr w:type="spellStart"/>
      <w:r>
        <w:t>glasi</w:t>
      </w:r>
      <w:proofErr w:type="spellEnd"/>
      <w:r>
        <w:t>:</w:t>
      </w:r>
    </w:p>
    <w:p w14:paraId="48538E27" w14:textId="77777777" w:rsidR="00F75EC9" w:rsidRPr="00863517" w:rsidRDefault="00221FED">
      <w:pPr>
        <w:spacing w:after="120"/>
        <w:ind w:firstLine="567"/>
        <w:jc w:val="both"/>
        <w:rPr>
          <w:i/>
          <w:iCs/>
        </w:rPr>
      </w:pPr>
      <w:r w:rsidRPr="00863517">
        <w:rPr>
          <w:i/>
          <w:iCs/>
        </w:rPr>
        <w:t xml:space="preserve">"(4) Kada je to </w:t>
      </w:r>
      <w:proofErr w:type="spellStart"/>
      <w:r w:rsidRPr="00863517">
        <w:rPr>
          <w:i/>
          <w:iCs/>
        </w:rPr>
        <w:t>potrebno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radi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pravilnog</w:t>
      </w:r>
      <w:proofErr w:type="spellEnd"/>
      <w:r w:rsidRPr="00863517">
        <w:rPr>
          <w:i/>
          <w:iCs/>
        </w:rPr>
        <w:t xml:space="preserve"> i </w:t>
      </w:r>
      <w:proofErr w:type="spellStart"/>
      <w:r w:rsidRPr="00863517">
        <w:rPr>
          <w:i/>
          <w:iCs/>
        </w:rPr>
        <w:t>potpunog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utvrđivanja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činjeničnog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stanja</w:t>
      </w:r>
      <w:proofErr w:type="spellEnd"/>
      <w:r w:rsidRPr="00863517">
        <w:rPr>
          <w:i/>
          <w:iCs/>
        </w:rPr>
        <w:t xml:space="preserve">, </w:t>
      </w:r>
      <w:proofErr w:type="spellStart"/>
      <w:r w:rsidRPr="00863517">
        <w:rPr>
          <w:i/>
          <w:iCs/>
        </w:rPr>
        <w:t>obrazloženje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rješenja</w:t>
      </w:r>
      <w:proofErr w:type="spellEnd"/>
      <w:r w:rsidRPr="00863517">
        <w:rPr>
          <w:i/>
          <w:iCs/>
        </w:rPr>
        <w:t xml:space="preserve"> o </w:t>
      </w:r>
      <w:proofErr w:type="spellStart"/>
      <w:r w:rsidRPr="00863517">
        <w:rPr>
          <w:i/>
          <w:iCs/>
        </w:rPr>
        <w:t>komunalnoj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naknadi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osobito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sadrži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razloge</w:t>
      </w:r>
      <w:proofErr w:type="spellEnd"/>
      <w:r w:rsidRPr="00863517">
        <w:rPr>
          <w:i/>
          <w:iCs/>
        </w:rPr>
        <w:t xml:space="preserve"> o </w:t>
      </w:r>
      <w:proofErr w:type="spellStart"/>
      <w:r w:rsidRPr="00863517">
        <w:rPr>
          <w:i/>
          <w:iCs/>
        </w:rPr>
        <w:t>ispunjenosti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uvjeta</w:t>
      </w:r>
      <w:proofErr w:type="spellEnd"/>
      <w:r w:rsidRPr="00863517">
        <w:rPr>
          <w:i/>
          <w:iCs/>
        </w:rPr>
        <w:t xml:space="preserve"> za </w:t>
      </w:r>
      <w:proofErr w:type="spellStart"/>
      <w:r w:rsidRPr="00863517">
        <w:rPr>
          <w:i/>
          <w:iCs/>
        </w:rPr>
        <w:t>plaćanje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komunalne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naknade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propisanih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Zakonom</w:t>
      </w:r>
      <w:proofErr w:type="spellEnd"/>
      <w:r w:rsidRPr="00863517">
        <w:rPr>
          <w:i/>
          <w:iCs/>
        </w:rPr>
        <w:t xml:space="preserve"> o </w:t>
      </w:r>
      <w:proofErr w:type="spellStart"/>
      <w:r w:rsidRPr="00863517">
        <w:rPr>
          <w:i/>
          <w:iCs/>
        </w:rPr>
        <w:t>komunalnom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gospodarstvu</w:t>
      </w:r>
      <w:proofErr w:type="spellEnd"/>
      <w:r w:rsidRPr="00863517">
        <w:rPr>
          <w:i/>
          <w:iCs/>
        </w:rPr>
        <w:t xml:space="preserve">, </w:t>
      </w:r>
      <w:proofErr w:type="spellStart"/>
      <w:r w:rsidRPr="00863517">
        <w:rPr>
          <w:i/>
          <w:iCs/>
        </w:rPr>
        <w:t>opis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dokaza</w:t>
      </w:r>
      <w:proofErr w:type="spellEnd"/>
      <w:r w:rsidRPr="00863517">
        <w:rPr>
          <w:i/>
          <w:iCs/>
        </w:rPr>
        <w:t xml:space="preserve"> na </w:t>
      </w:r>
      <w:proofErr w:type="spellStart"/>
      <w:r w:rsidRPr="00863517">
        <w:rPr>
          <w:i/>
          <w:iCs/>
        </w:rPr>
        <w:t>temelju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kojih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su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utvrđeni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namjena</w:t>
      </w:r>
      <w:proofErr w:type="spellEnd"/>
      <w:r w:rsidRPr="00863517">
        <w:rPr>
          <w:i/>
          <w:iCs/>
        </w:rPr>
        <w:t xml:space="preserve"> i </w:t>
      </w:r>
      <w:proofErr w:type="spellStart"/>
      <w:r w:rsidRPr="00863517">
        <w:rPr>
          <w:i/>
          <w:iCs/>
        </w:rPr>
        <w:t>obračunska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površina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nekretnine</w:t>
      </w:r>
      <w:proofErr w:type="spellEnd"/>
      <w:r w:rsidRPr="00863517">
        <w:rPr>
          <w:i/>
          <w:iCs/>
        </w:rPr>
        <w:t xml:space="preserve">, </w:t>
      </w:r>
      <w:proofErr w:type="spellStart"/>
      <w:r w:rsidRPr="00863517">
        <w:rPr>
          <w:i/>
          <w:iCs/>
        </w:rPr>
        <w:t>koeficijent</w:t>
      </w:r>
      <w:proofErr w:type="spellEnd"/>
      <w:r w:rsidRPr="00863517">
        <w:rPr>
          <w:i/>
          <w:iCs/>
        </w:rPr>
        <w:t xml:space="preserve"> zone, </w:t>
      </w:r>
      <w:proofErr w:type="spellStart"/>
      <w:r w:rsidRPr="00863517">
        <w:rPr>
          <w:i/>
          <w:iCs/>
        </w:rPr>
        <w:t>koeficijent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namjene</w:t>
      </w:r>
      <w:proofErr w:type="spellEnd"/>
      <w:r w:rsidRPr="00863517">
        <w:rPr>
          <w:i/>
          <w:iCs/>
        </w:rPr>
        <w:t xml:space="preserve">, </w:t>
      </w:r>
      <w:proofErr w:type="spellStart"/>
      <w:r w:rsidRPr="00863517">
        <w:rPr>
          <w:i/>
          <w:iCs/>
        </w:rPr>
        <w:t>vrijednost</w:t>
      </w:r>
      <w:proofErr w:type="spellEnd"/>
      <w:r w:rsidRPr="00863517">
        <w:rPr>
          <w:i/>
          <w:iCs/>
        </w:rPr>
        <w:t xml:space="preserve"> boda i </w:t>
      </w:r>
      <w:proofErr w:type="spellStart"/>
      <w:r w:rsidRPr="00863517">
        <w:rPr>
          <w:i/>
          <w:iCs/>
        </w:rPr>
        <w:t>način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izračuna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komunalne</w:t>
      </w:r>
      <w:proofErr w:type="spellEnd"/>
      <w:r w:rsidRPr="00863517">
        <w:rPr>
          <w:i/>
          <w:iCs/>
        </w:rPr>
        <w:t xml:space="preserve"> </w:t>
      </w:r>
      <w:proofErr w:type="spellStart"/>
      <w:r w:rsidRPr="00863517">
        <w:rPr>
          <w:i/>
          <w:iCs/>
        </w:rPr>
        <w:t>naknade</w:t>
      </w:r>
      <w:proofErr w:type="spellEnd"/>
      <w:r w:rsidRPr="00863517">
        <w:rPr>
          <w:i/>
          <w:iCs/>
        </w:rPr>
        <w:t>."</w:t>
      </w:r>
    </w:p>
    <w:p w14:paraId="0CB920B6" w14:textId="77777777" w:rsidR="00047763" w:rsidRDefault="00047763">
      <w:pPr>
        <w:spacing w:before="160" w:after="80"/>
        <w:jc w:val="center"/>
        <w:rPr>
          <w:b/>
        </w:rPr>
      </w:pPr>
    </w:p>
    <w:p w14:paraId="48813FD7" w14:textId="0C39492E" w:rsidR="00F75EC9" w:rsidRDefault="00221FED">
      <w:pPr>
        <w:spacing w:before="160" w:after="80"/>
        <w:jc w:val="center"/>
      </w:pPr>
      <w:proofErr w:type="spellStart"/>
      <w:r>
        <w:rPr>
          <w:b/>
        </w:rPr>
        <w:lastRenderedPageBreak/>
        <w:t>Članak</w:t>
      </w:r>
      <w:proofErr w:type="spellEnd"/>
      <w:r>
        <w:rPr>
          <w:b/>
        </w:rPr>
        <w:t xml:space="preserve"> 7.</w:t>
      </w:r>
    </w:p>
    <w:p w14:paraId="217AF47F" w14:textId="77777777" w:rsidR="00F75EC9" w:rsidRDefault="00221FED">
      <w:pPr>
        <w:spacing w:after="120"/>
        <w:ind w:firstLine="567"/>
        <w:jc w:val="both"/>
      </w:pPr>
      <w:proofErr w:type="spellStart"/>
      <w:r>
        <w:t>Postupci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komunalnoj</w:t>
      </w:r>
      <w:proofErr w:type="spellEnd"/>
      <w:r>
        <w:t xml:space="preserve"> </w:t>
      </w:r>
      <w:proofErr w:type="spellStart"/>
      <w:r>
        <w:t>naknadi</w:t>
      </w:r>
      <w:proofErr w:type="spellEnd"/>
      <w:r>
        <w:t xml:space="preserve"> koji se </w:t>
      </w:r>
      <w:proofErr w:type="spellStart"/>
      <w:r>
        <w:t>pokreću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stupanja</w:t>
      </w:r>
      <w:proofErr w:type="spellEnd"/>
      <w:r>
        <w:t xml:space="preserve"> na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provodit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.</w:t>
      </w:r>
    </w:p>
    <w:p w14:paraId="05027A5E" w14:textId="77777777" w:rsidR="00F75EC9" w:rsidRDefault="00221FED">
      <w:pPr>
        <w:spacing w:before="160" w:after="80"/>
        <w:jc w:val="center"/>
      </w:pPr>
      <w:proofErr w:type="spellStart"/>
      <w:r>
        <w:rPr>
          <w:b/>
        </w:rPr>
        <w:t>Članak</w:t>
      </w:r>
      <w:proofErr w:type="spellEnd"/>
      <w:r>
        <w:rPr>
          <w:b/>
        </w:rPr>
        <w:t xml:space="preserve"> 8.</w:t>
      </w:r>
    </w:p>
    <w:p w14:paraId="4B1D0D8A" w14:textId="77777777" w:rsidR="00F75EC9" w:rsidRDefault="00221FED">
      <w:pPr>
        <w:spacing w:after="120"/>
        <w:ind w:firstLine="567"/>
        <w:jc w:val="both"/>
      </w:pPr>
      <w:r>
        <w:t xml:space="preserve">Ova </w:t>
      </w:r>
      <w:proofErr w:type="spellStart"/>
      <w:r>
        <w:t>Odluka</w:t>
      </w:r>
      <w:proofErr w:type="spellEnd"/>
      <w:r>
        <w:t xml:space="preserve"> stupa na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osmi</w:t>
      </w:r>
      <w:proofErr w:type="spellEnd"/>
      <w:r>
        <w:t xml:space="preserve"> dan od dana </w:t>
      </w:r>
      <w:proofErr w:type="spellStart"/>
      <w:r>
        <w:t>objave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glasniku</w:t>
      </w:r>
      <w:proofErr w:type="spellEnd"/>
      <w:r>
        <w:t xml:space="preserve"> Grada Trilja", a </w:t>
      </w:r>
      <w:proofErr w:type="spellStart"/>
      <w:r>
        <w:t>primjenjuje</w:t>
      </w:r>
      <w:proofErr w:type="spellEnd"/>
      <w:r>
        <w:t xml:space="preserve"> se od 1. </w:t>
      </w:r>
      <w:proofErr w:type="spellStart"/>
      <w:r>
        <w:t>siječnja</w:t>
      </w:r>
      <w:proofErr w:type="spellEnd"/>
      <w:r>
        <w:t xml:space="preserve"> 2027. </w:t>
      </w:r>
      <w:proofErr w:type="spellStart"/>
      <w:r>
        <w:t>godine</w:t>
      </w:r>
      <w:proofErr w:type="spellEnd"/>
      <w:r>
        <w:t>.</w:t>
      </w:r>
    </w:p>
    <w:p w14:paraId="349D331C" w14:textId="77777777" w:rsidR="00F75EC9" w:rsidRDefault="00F75EC9"/>
    <w:p w14:paraId="510F790F" w14:textId="790AA483" w:rsidR="00F75EC9" w:rsidRPr="00205F53" w:rsidRDefault="00205F53" w:rsidP="00205F53">
      <w:r w:rsidRPr="000552EF">
        <w:rPr>
          <w:b/>
        </w:rPr>
        <w:t xml:space="preserve">                                                                                                                        </w:t>
      </w:r>
      <w:r w:rsidR="00221FED" w:rsidRPr="000552EF">
        <w:rPr>
          <w:b/>
        </w:rPr>
        <w:t xml:space="preserve">Predsjednik </w:t>
      </w:r>
      <w:proofErr w:type="spellStart"/>
      <w:r w:rsidR="00221FED" w:rsidRPr="000552EF">
        <w:rPr>
          <w:b/>
        </w:rPr>
        <w:t>Gradskog</w:t>
      </w:r>
      <w:proofErr w:type="spellEnd"/>
      <w:r w:rsidR="00221FED" w:rsidRPr="000552EF">
        <w:rPr>
          <w:b/>
        </w:rPr>
        <w:t xml:space="preserve"> </w:t>
      </w:r>
      <w:proofErr w:type="spellStart"/>
      <w:r w:rsidR="00221FED" w:rsidRPr="000552EF">
        <w:rPr>
          <w:b/>
        </w:rPr>
        <w:t>vijeća</w:t>
      </w:r>
      <w:proofErr w:type="spellEnd"/>
      <w:r w:rsidRPr="000552EF">
        <w:br/>
        <w:t xml:space="preserve">                                                                                                                         </w:t>
      </w:r>
      <w:r w:rsidR="00221FED" w:rsidRPr="000552EF">
        <w:t xml:space="preserve">Mirko Odrljin, mag. </w:t>
      </w:r>
      <w:proofErr w:type="spellStart"/>
      <w:r w:rsidR="00221FED" w:rsidRPr="000552EF">
        <w:t>ing</w:t>
      </w:r>
      <w:proofErr w:type="spellEnd"/>
      <w:r w:rsidR="00221FED" w:rsidRPr="000552EF">
        <w:t>. el.</w:t>
      </w:r>
      <w:r w:rsidRPr="000552EF">
        <w:br/>
      </w:r>
      <w:r w:rsidR="00221FED" w:rsidRPr="00205F53">
        <w:t>KLASA:</w:t>
      </w:r>
      <w:r w:rsidR="00E44E57" w:rsidRPr="00205F53">
        <w:br/>
      </w:r>
      <w:r w:rsidR="00221FED" w:rsidRPr="00205F53">
        <w:t>URBROJ:</w:t>
      </w:r>
      <w:r w:rsidRPr="00205F53">
        <w:br/>
      </w:r>
      <w:r w:rsidR="00221FED" w:rsidRPr="00205F53">
        <w:t>Trilj, __________ 2026.</w:t>
      </w:r>
      <w:r w:rsidR="00221FED" w:rsidRPr="00205F53">
        <w:br w:type="page"/>
      </w:r>
    </w:p>
    <w:p w14:paraId="59A420B8" w14:textId="77777777" w:rsidR="00F75EC9" w:rsidRPr="00850A5B" w:rsidRDefault="00221FED">
      <w:pPr>
        <w:jc w:val="center"/>
        <w:rPr>
          <w:lang w:val="de-DE"/>
        </w:rPr>
      </w:pPr>
      <w:r w:rsidRPr="00850A5B">
        <w:rPr>
          <w:b/>
          <w:sz w:val="26"/>
          <w:lang w:val="de-DE"/>
        </w:rPr>
        <w:lastRenderedPageBreak/>
        <w:t>O B R A Z L O Ž E N J E</w:t>
      </w:r>
    </w:p>
    <w:p w14:paraId="08881EBF" w14:textId="77777777" w:rsidR="00F75EC9" w:rsidRPr="00850A5B" w:rsidRDefault="00221FED">
      <w:pPr>
        <w:spacing w:after="120"/>
        <w:jc w:val="both"/>
        <w:rPr>
          <w:lang w:val="de-DE"/>
        </w:rPr>
      </w:pPr>
      <w:r w:rsidRPr="00850A5B">
        <w:rPr>
          <w:b/>
          <w:lang w:val="de-DE"/>
        </w:rPr>
        <w:t xml:space="preserve">1. </w:t>
      </w:r>
      <w:proofErr w:type="spellStart"/>
      <w:r w:rsidRPr="00850A5B">
        <w:rPr>
          <w:b/>
          <w:lang w:val="de-DE"/>
        </w:rPr>
        <w:t>Pravna</w:t>
      </w:r>
      <w:proofErr w:type="spellEnd"/>
      <w:r w:rsidRPr="00850A5B">
        <w:rPr>
          <w:b/>
          <w:lang w:val="de-DE"/>
        </w:rPr>
        <w:t xml:space="preserve"> </w:t>
      </w:r>
      <w:proofErr w:type="spellStart"/>
      <w:r w:rsidRPr="00850A5B">
        <w:rPr>
          <w:b/>
          <w:lang w:val="de-DE"/>
        </w:rPr>
        <w:t>osnova</w:t>
      </w:r>
      <w:proofErr w:type="spellEnd"/>
    </w:p>
    <w:p w14:paraId="69102814" w14:textId="77777777" w:rsidR="00F75EC9" w:rsidRPr="003522F6" w:rsidRDefault="00221FED">
      <w:pPr>
        <w:spacing w:after="120"/>
        <w:ind w:firstLine="567"/>
        <w:jc w:val="both"/>
        <w:rPr>
          <w:lang w:val="de-DE"/>
        </w:rPr>
      </w:pPr>
      <w:proofErr w:type="spellStart"/>
      <w:r w:rsidRPr="00850A5B">
        <w:rPr>
          <w:lang w:val="de-DE"/>
        </w:rPr>
        <w:t>Pravna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osnova</w:t>
      </w:r>
      <w:proofErr w:type="spellEnd"/>
      <w:r w:rsidRPr="00850A5B">
        <w:rPr>
          <w:lang w:val="de-DE"/>
        </w:rPr>
        <w:t xml:space="preserve"> za </w:t>
      </w:r>
      <w:proofErr w:type="spellStart"/>
      <w:r w:rsidRPr="00850A5B">
        <w:rPr>
          <w:lang w:val="de-DE"/>
        </w:rPr>
        <w:t>donošenje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ove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Odluke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sadržana</w:t>
      </w:r>
      <w:proofErr w:type="spellEnd"/>
      <w:r w:rsidRPr="00850A5B">
        <w:rPr>
          <w:lang w:val="de-DE"/>
        </w:rPr>
        <w:t xml:space="preserve"> je u </w:t>
      </w:r>
      <w:proofErr w:type="spellStart"/>
      <w:r w:rsidRPr="00850A5B">
        <w:rPr>
          <w:lang w:val="de-DE"/>
        </w:rPr>
        <w:t>članku</w:t>
      </w:r>
      <w:proofErr w:type="spellEnd"/>
      <w:r w:rsidRPr="00850A5B">
        <w:rPr>
          <w:lang w:val="de-DE"/>
        </w:rPr>
        <w:t xml:space="preserve"> 95. </w:t>
      </w:r>
      <w:proofErr w:type="spellStart"/>
      <w:r w:rsidRPr="00850A5B">
        <w:rPr>
          <w:lang w:val="de-DE"/>
        </w:rPr>
        <w:t>stavku</w:t>
      </w:r>
      <w:proofErr w:type="spellEnd"/>
      <w:r w:rsidRPr="00850A5B">
        <w:rPr>
          <w:lang w:val="de-DE"/>
        </w:rPr>
        <w:t xml:space="preserve"> 1. </w:t>
      </w:r>
      <w:proofErr w:type="spellStart"/>
      <w:r w:rsidRPr="00850A5B">
        <w:rPr>
          <w:lang w:val="de-DE"/>
        </w:rPr>
        <w:t>Zakona</w:t>
      </w:r>
      <w:proofErr w:type="spellEnd"/>
      <w:r w:rsidRPr="00850A5B">
        <w:rPr>
          <w:lang w:val="de-DE"/>
        </w:rPr>
        <w:t xml:space="preserve"> o </w:t>
      </w:r>
      <w:proofErr w:type="spellStart"/>
      <w:r w:rsidRPr="00850A5B">
        <w:rPr>
          <w:lang w:val="de-DE"/>
        </w:rPr>
        <w:t>komunalnom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gospodarstvu</w:t>
      </w:r>
      <w:proofErr w:type="spellEnd"/>
      <w:r w:rsidRPr="00850A5B">
        <w:rPr>
          <w:lang w:val="de-DE"/>
        </w:rPr>
        <w:t xml:space="preserve">, </w:t>
      </w:r>
      <w:proofErr w:type="spellStart"/>
      <w:r w:rsidRPr="00850A5B">
        <w:rPr>
          <w:lang w:val="de-DE"/>
        </w:rPr>
        <w:t>kojim</w:t>
      </w:r>
      <w:proofErr w:type="spellEnd"/>
      <w:r w:rsidRPr="00850A5B">
        <w:rPr>
          <w:lang w:val="de-DE"/>
        </w:rPr>
        <w:t xml:space="preserve"> je </w:t>
      </w:r>
      <w:proofErr w:type="spellStart"/>
      <w:r w:rsidRPr="00850A5B">
        <w:rPr>
          <w:lang w:val="de-DE"/>
        </w:rPr>
        <w:t>propisano</w:t>
      </w:r>
      <w:proofErr w:type="spellEnd"/>
      <w:r w:rsidRPr="00850A5B">
        <w:rPr>
          <w:lang w:val="de-DE"/>
        </w:rPr>
        <w:t xml:space="preserve"> da </w:t>
      </w:r>
      <w:proofErr w:type="spellStart"/>
      <w:r w:rsidRPr="00850A5B">
        <w:rPr>
          <w:lang w:val="de-DE"/>
        </w:rPr>
        <w:t>predstavničko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tijelo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jedinice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lokalne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samouprave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donosi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odluku</w:t>
      </w:r>
      <w:proofErr w:type="spellEnd"/>
      <w:r w:rsidRPr="00850A5B">
        <w:rPr>
          <w:lang w:val="de-DE"/>
        </w:rPr>
        <w:t xml:space="preserve"> o </w:t>
      </w:r>
      <w:proofErr w:type="spellStart"/>
      <w:r w:rsidRPr="00850A5B">
        <w:rPr>
          <w:lang w:val="de-DE"/>
        </w:rPr>
        <w:t>komunalnoj</w:t>
      </w:r>
      <w:proofErr w:type="spellEnd"/>
      <w:r w:rsidRPr="00850A5B">
        <w:rPr>
          <w:lang w:val="de-DE"/>
        </w:rPr>
        <w:t xml:space="preserve"> </w:t>
      </w:r>
      <w:proofErr w:type="spellStart"/>
      <w:r w:rsidRPr="00850A5B">
        <w:rPr>
          <w:lang w:val="de-DE"/>
        </w:rPr>
        <w:t>naknadi</w:t>
      </w:r>
      <w:proofErr w:type="spellEnd"/>
      <w:r w:rsidRPr="00850A5B">
        <w:rPr>
          <w:lang w:val="de-DE"/>
        </w:rPr>
        <w:t xml:space="preserve">, </w:t>
      </w:r>
      <w:proofErr w:type="spellStart"/>
      <w:r w:rsidRPr="00850A5B">
        <w:rPr>
          <w:lang w:val="de-DE"/>
        </w:rPr>
        <w:t>te</w:t>
      </w:r>
      <w:proofErr w:type="spellEnd"/>
      <w:r w:rsidRPr="00850A5B">
        <w:rPr>
          <w:lang w:val="de-DE"/>
        </w:rPr>
        <w:t xml:space="preserve"> u </w:t>
      </w:r>
      <w:proofErr w:type="spellStart"/>
      <w:r w:rsidRPr="00850A5B">
        <w:rPr>
          <w:lang w:val="de-DE"/>
        </w:rPr>
        <w:t>članku</w:t>
      </w:r>
      <w:proofErr w:type="spellEnd"/>
      <w:r w:rsidRPr="00850A5B">
        <w:rPr>
          <w:lang w:val="de-DE"/>
        </w:rPr>
        <w:t xml:space="preserve"> 32. </w:t>
      </w:r>
      <w:proofErr w:type="spellStart"/>
      <w:r w:rsidRPr="003522F6">
        <w:rPr>
          <w:lang w:val="de-DE"/>
        </w:rPr>
        <w:t>Statuta</w:t>
      </w:r>
      <w:proofErr w:type="spellEnd"/>
      <w:r w:rsidRPr="003522F6">
        <w:rPr>
          <w:lang w:val="de-DE"/>
        </w:rPr>
        <w:t xml:space="preserve"> Grada Trilja.</w:t>
      </w:r>
    </w:p>
    <w:p w14:paraId="2BDE64ED" w14:textId="77777777" w:rsidR="00F75EC9" w:rsidRPr="003522F6" w:rsidRDefault="00221FED">
      <w:pPr>
        <w:spacing w:after="120"/>
        <w:jc w:val="both"/>
        <w:rPr>
          <w:lang w:val="de-DE"/>
        </w:rPr>
      </w:pPr>
      <w:r w:rsidRPr="003522F6">
        <w:rPr>
          <w:b/>
          <w:lang w:val="de-DE"/>
        </w:rPr>
        <w:t xml:space="preserve">2. Razlozi za </w:t>
      </w:r>
      <w:proofErr w:type="spellStart"/>
      <w:r w:rsidRPr="003522F6">
        <w:rPr>
          <w:b/>
          <w:lang w:val="de-DE"/>
        </w:rPr>
        <w:t>donošenje</w:t>
      </w:r>
      <w:proofErr w:type="spellEnd"/>
      <w:r w:rsidRPr="003522F6">
        <w:rPr>
          <w:b/>
          <w:lang w:val="de-DE"/>
        </w:rPr>
        <w:t xml:space="preserve"> </w:t>
      </w:r>
      <w:proofErr w:type="spellStart"/>
      <w:r w:rsidRPr="003522F6">
        <w:rPr>
          <w:b/>
          <w:lang w:val="de-DE"/>
        </w:rPr>
        <w:t>Odluke</w:t>
      </w:r>
      <w:proofErr w:type="spellEnd"/>
    </w:p>
    <w:p w14:paraId="0DD2B3E3" w14:textId="77777777" w:rsidR="00F75EC9" w:rsidRPr="003522F6" w:rsidRDefault="00221FED">
      <w:pPr>
        <w:spacing w:after="120"/>
        <w:ind w:firstLine="567"/>
        <w:jc w:val="both"/>
        <w:rPr>
          <w:lang w:val="de-DE"/>
        </w:rPr>
      </w:pPr>
      <w:proofErr w:type="spellStart"/>
      <w:r w:rsidRPr="003522F6">
        <w:rPr>
          <w:lang w:val="de-DE"/>
        </w:rPr>
        <w:t>Predloženim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izmjenama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dopunama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Odluke</w:t>
      </w:r>
      <w:proofErr w:type="spellEnd"/>
      <w:r w:rsidRPr="003522F6">
        <w:rPr>
          <w:lang w:val="de-DE"/>
        </w:rPr>
        <w:t xml:space="preserve"> o </w:t>
      </w:r>
      <w:proofErr w:type="spellStart"/>
      <w:r w:rsidRPr="003522F6">
        <w:rPr>
          <w:lang w:val="de-DE"/>
        </w:rPr>
        <w:t>komunalnoj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naknadi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želi</w:t>
      </w:r>
      <w:proofErr w:type="spellEnd"/>
      <w:r w:rsidRPr="003522F6">
        <w:rPr>
          <w:lang w:val="de-DE"/>
        </w:rPr>
        <w:t xml:space="preserve"> se </w:t>
      </w:r>
      <w:proofErr w:type="spellStart"/>
      <w:r w:rsidRPr="003522F6">
        <w:rPr>
          <w:lang w:val="de-DE"/>
        </w:rPr>
        <w:t>jasnije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urediti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način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utvrđivanja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komunalne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naknade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složene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poslovne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proizvodne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funkcionalne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cjeline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osobito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postrojenja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proizvodnju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električne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energije</w:t>
      </w:r>
      <w:proofErr w:type="spellEnd"/>
      <w:r w:rsidRPr="003522F6">
        <w:rPr>
          <w:lang w:val="de-DE"/>
        </w:rPr>
        <w:t xml:space="preserve"> iz </w:t>
      </w:r>
      <w:proofErr w:type="spellStart"/>
      <w:r w:rsidRPr="003522F6">
        <w:rPr>
          <w:lang w:val="de-DE"/>
        </w:rPr>
        <w:t>obnovljivih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izvora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energije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kao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što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su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vjetroelektrane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sunčane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odnosno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solarne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elektrane</w:t>
      </w:r>
      <w:proofErr w:type="spellEnd"/>
      <w:r w:rsidRPr="003522F6">
        <w:rPr>
          <w:lang w:val="de-DE"/>
        </w:rPr>
        <w:t>.</w:t>
      </w:r>
    </w:p>
    <w:p w14:paraId="674BD27F" w14:textId="77777777" w:rsidR="00F75EC9" w:rsidRPr="003522F6" w:rsidRDefault="00221FED">
      <w:pPr>
        <w:spacing w:after="120"/>
        <w:ind w:firstLine="567"/>
        <w:jc w:val="both"/>
        <w:rPr>
          <w:lang w:val="de-DE"/>
        </w:rPr>
      </w:pPr>
      <w:proofErr w:type="spellStart"/>
      <w:r w:rsidRPr="003522F6">
        <w:rPr>
          <w:lang w:val="de-DE"/>
        </w:rPr>
        <w:t>Cilj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izmjena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nije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proširivanje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zakonskih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kategorija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nekretnina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koje</w:t>
      </w:r>
      <w:proofErr w:type="spellEnd"/>
      <w:r w:rsidRPr="003522F6">
        <w:rPr>
          <w:lang w:val="de-DE"/>
        </w:rPr>
        <w:t xml:space="preserve"> se </w:t>
      </w:r>
      <w:proofErr w:type="spellStart"/>
      <w:r w:rsidRPr="003522F6">
        <w:rPr>
          <w:lang w:val="de-DE"/>
        </w:rPr>
        <w:t>plaća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komunalna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naknada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nego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preciziranje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primjene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postojećih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kategorija</w:t>
      </w:r>
      <w:proofErr w:type="spellEnd"/>
      <w:r w:rsidRPr="003522F6">
        <w:rPr>
          <w:lang w:val="de-DE"/>
        </w:rPr>
        <w:t xml:space="preserve"> iz </w:t>
      </w:r>
      <w:proofErr w:type="spellStart"/>
      <w:r w:rsidRPr="003522F6">
        <w:rPr>
          <w:lang w:val="de-DE"/>
        </w:rPr>
        <w:t>Zakona</w:t>
      </w:r>
      <w:proofErr w:type="spellEnd"/>
      <w:r w:rsidRPr="003522F6">
        <w:rPr>
          <w:lang w:val="de-DE"/>
        </w:rPr>
        <w:t xml:space="preserve"> o </w:t>
      </w:r>
      <w:proofErr w:type="spellStart"/>
      <w:r w:rsidRPr="003522F6">
        <w:rPr>
          <w:lang w:val="de-DE"/>
        </w:rPr>
        <w:t>komunalnom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gospodarstvu</w:t>
      </w:r>
      <w:proofErr w:type="spellEnd"/>
      <w:r w:rsidRPr="003522F6">
        <w:rPr>
          <w:lang w:val="de-DE"/>
        </w:rPr>
        <w:t xml:space="preserve">: </w:t>
      </w:r>
      <w:proofErr w:type="spellStart"/>
      <w:r w:rsidRPr="003522F6">
        <w:rPr>
          <w:lang w:val="de-DE"/>
        </w:rPr>
        <w:t>poslovnog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prostora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građevinskog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zemljišta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koje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služi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obavljanju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poslovne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djelatnosti</w:t>
      </w:r>
      <w:proofErr w:type="spellEnd"/>
      <w:r w:rsidRPr="003522F6">
        <w:rPr>
          <w:lang w:val="de-DE"/>
        </w:rPr>
        <w:t>.</w:t>
      </w:r>
    </w:p>
    <w:p w14:paraId="62D73377" w14:textId="77777777" w:rsidR="00F75EC9" w:rsidRPr="003522F6" w:rsidRDefault="00221FED">
      <w:pPr>
        <w:spacing w:after="120"/>
        <w:ind w:firstLine="567"/>
        <w:jc w:val="both"/>
        <w:rPr>
          <w:lang w:val="de-DE"/>
        </w:rPr>
      </w:pPr>
      <w:r w:rsidRPr="003522F6">
        <w:rPr>
          <w:lang w:val="de-DE"/>
        </w:rPr>
        <w:t xml:space="preserve">Dosadašnja Odluka </w:t>
      </w:r>
      <w:proofErr w:type="spellStart"/>
      <w:r w:rsidRPr="003522F6">
        <w:rPr>
          <w:lang w:val="de-DE"/>
        </w:rPr>
        <w:t>sadrži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opća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pravila</w:t>
      </w:r>
      <w:proofErr w:type="spellEnd"/>
      <w:r w:rsidRPr="003522F6">
        <w:rPr>
          <w:lang w:val="de-DE"/>
        </w:rPr>
        <w:t xml:space="preserve"> o </w:t>
      </w:r>
      <w:proofErr w:type="spellStart"/>
      <w:r w:rsidRPr="003522F6">
        <w:rPr>
          <w:lang w:val="de-DE"/>
        </w:rPr>
        <w:t>nekretninama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koje</w:t>
      </w:r>
      <w:proofErr w:type="spellEnd"/>
      <w:r w:rsidRPr="003522F6">
        <w:rPr>
          <w:lang w:val="de-DE"/>
        </w:rPr>
        <w:t xml:space="preserve"> se </w:t>
      </w:r>
      <w:proofErr w:type="spellStart"/>
      <w:r w:rsidRPr="003522F6">
        <w:rPr>
          <w:lang w:val="de-DE"/>
        </w:rPr>
        <w:t>plaća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komunalna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naknada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zonama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koeficijentima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obračunu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ali</w:t>
      </w:r>
      <w:proofErr w:type="spellEnd"/>
      <w:r w:rsidRPr="003522F6">
        <w:rPr>
          <w:lang w:val="de-DE"/>
        </w:rPr>
        <w:t xml:space="preserve"> ne </w:t>
      </w:r>
      <w:proofErr w:type="spellStart"/>
      <w:r w:rsidRPr="003522F6">
        <w:rPr>
          <w:lang w:val="de-DE"/>
        </w:rPr>
        <w:t>sadrži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detaljniju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metodologiju</w:t>
      </w:r>
      <w:proofErr w:type="spellEnd"/>
      <w:r w:rsidRPr="003522F6">
        <w:rPr>
          <w:lang w:val="de-DE"/>
        </w:rPr>
        <w:t xml:space="preserve"> za </w:t>
      </w:r>
      <w:proofErr w:type="spellStart"/>
      <w:r w:rsidRPr="003522F6">
        <w:rPr>
          <w:lang w:val="de-DE"/>
        </w:rPr>
        <w:t>utvrđivanje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funkcionalnih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površina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energetskih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postrojenja</w:t>
      </w:r>
      <w:proofErr w:type="spellEnd"/>
      <w:r w:rsidRPr="003522F6">
        <w:rPr>
          <w:lang w:val="de-DE"/>
        </w:rPr>
        <w:t xml:space="preserve">. U </w:t>
      </w:r>
      <w:proofErr w:type="spellStart"/>
      <w:r w:rsidRPr="003522F6">
        <w:rPr>
          <w:lang w:val="de-DE"/>
        </w:rPr>
        <w:t>praksi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su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takva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postrojenja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prostorno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složena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jer</w:t>
      </w:r>
      <w:proofErr w:type="spellEnd"/>
      <w:r w:rsidRPr="003522F6">
        <w:rPr>
          <w:lang w:val="de-DE"/>
        </w:rPr>
        <w:t xml:space="preserve"> se </w:t>
      </w:r>
      <w:proofErr w:type="spellStart"/>
      <w:r w:rsidRPr="003522F6">
        <w:rPr>
          <w:lang w:val="de-DE"/>
        </w:rPr>
        <w:t>sastoje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od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više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dijelova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primjerice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temelja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stupova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panela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trafostanica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invertera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internih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prometnica</w:t>
      </w:r>
      <w:proofErr w:type="spellEnd"/>
      <w:r w:rsidRPr="003522F6">
        <w:rPr>
          <w:lang w:val="de-DE"/>
        </w:rPr>
        <w:t xml:space="preserve">, </w:t>
      </w:r>
      <w:proofErr w:type="spellStart"/>
      <w:r w:rsidRPr="003522F6">
        <w:rPr>
          <w:lang w:val="de-DE"/>
        </w:rPr>
        <w:t>platoâ</w:t>
      </w:r>
      <w:proofErr w:type="spellEnd"/>
      <w:r w:rsidRPr="003522F6">
        <w:rPr>
          <w:lang w:val="de-DE"/>
        </w:rPr>
        <w:t xml:space="preserve"> i </w:t>
      </w:r>
      <w:proofErr w:type="spellStart"/>
      <w:r w:rsidRPr="003522F6">
        <w:rPr>
          <w:lang w:val="de-DE"/>
        </w:rPr>
        <w:t>servisnih</w:t>
      </w:r>
      <w:proofErr w:type="spellEnd"/>
      <w:r w:rsidRPr="003522F6">
        <w:rPr>
          <w:lang w:val="de-DE"/>
        </w:rPr>
        <w:t xml:space="preserve"> </w:t>
      </w:r>
      <w:proofErr w:type="spellStart"/>
      <w:r w:rsidRPr="003522F6">
        <w:rPr>
          <w:lang w:val="de-DE"/>
        </w:rPr>
        <w:t>površina</w:t>
      </w:r>
      <w:proofErr w:type="spellEnd"/>
      <w:r w:rsidRPr="003522F6">
        <w:rPr>
          <w:lang w:val="de-DE"/>
        </w:rPr>
        <w:t>.</w:t>
      </w:r>
    </w:p>
    <w:p w14:paraId="74DE5A8F" w14:textId="77777777" w:rsidR="00F75EC9" w:rsidRDefault="00221FED">
      <w:pPr>
        <w:spacing w:after="120"/>
        <w:jc w:val="both"/>
      </w:pPr>
      <w:r>
        <w:rPr>
          <w:b/>
        </w:rPr>
        <w:t xml:space="preserve">3. </w:t>
      </w:r>
      <w:proofErr w:type="spellStart"/>
      <w:r>
        <w:rPr>
          <w:b/>
        </w:rPr>
        <w:t>Osnovni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sadržaj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predloženih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izmjena</w:t>
      </w:r>
      <w:proofErr w:type="spellEnd"/>
    </w:p>
    <w:p w14:paraId="1145033B" w14:textId="77777777" w:rsidR="00F75EC9" w:rsidRDefault="00221FED">
      <w:pPr>
        <w:pStyle w:val="Grafikeoznake"/>
        <w:spacing w:after="80"/>
        <w:ind w:left="567"/>
      </w:pPr>
      <w:proofErr w:type="spellStart"/>
      <w:r>
        <w:t>uvodi</w:t>
      </w:r>
      <w:proofErr w:type="spellEnd"/>
      <w:r>
        <w:t xml:space="preserve"> se </w:t>
      </w:r>
      <w:proofErr w:type="spellStart"/>
      <w:r>
        <w:t>jasnije</w:t>
      </w:r>
      <w:proofErr w:type="spellEnd"/>
      <w:r>
        <w:t xml:space="preserve"> </w:t>
      </w:r>
      <w:proofErr w:type="spellStart"/>
      <w:r>
        <w:t>određenje</w:t>
      </w:r>
      <w:proofErr w:type="spellEnd"/>
      <w:r>
        <w:t xml:space="preserve"> </w:t>
      </w:r>
      <w:proofErr w:type="spellStart"/>
      <w:r>
        <w:t>građevinskog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obavljanju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vjetroelektrana</w:t>
      </w:r>
      <w:proofErr w:type="spellEnd"/>
      <w:r>
        <w:t xml:space="preserve">, </w:t>
      </w:r>
      <w:proofErr w:type="spellStart"/>
      <w:r>
        <w:t>solarnih</w:t>
      </w:r>
      <w:proofErr w:type="spellEnd"/>
      <w:r>
        <w:t xml:space="preserve"> </w:t>
      </w:r>
      <w:proofErr w:type="spellStart"/>
      <w:r>
        <w:t>elektrana</w:t>
      </w:r>
      <w:proofErr w:type="spellEnd"/>
      <w:r>
        <w:t xml:space="preserve"> i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postrojenja</w:t>
      </w:r>
      <w:proofErr w:type="spellEnd"/>
      <w:r>
        <w:t xml:space="preserve"> za </w:t>
      </w:r>
      <w:proofErr w:type="spellStart"/>
      <w:r>
        <w:t>proizvodnju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iz </w:t>
      </w:r>
      <w:proofErr w:type="spellStart"/>
      <w:r>
        <w:t>obnovljivih</w:t>
      </w:r>
      <w:proofErr w:type="spellEnd"/>
      <w:r>
        <w:t xml:space="preserve"> </w:t>
      </w:r>
      <w:proofErr w:type="spellStart"/>
      <w:r>
        <w:t>izvora</w:t>
      </w:r>
      <w:proofErr w:type="spellEnd"/>
      <w:r>
        <w:t>;</w:t>
      </w:r>
    </w:p>
    <w:p w14:paraId="1F99BBD6" w14:textId="77777777" w:rsidR="00F75EC9" w:rsidRDefault="00221FED">
      <w:pPr>
        <w:pStyle w:val="Grafikeoznake"/>
        <w:spacing w:after="80"/>
        <w:ind w:left="567"/>
      </w:pPr>
      <w:proofErr w:type="spellStart"/>
      <w:r>
        <w:t>propisuje</w:t>
      </w:r>
      <w:proofErr w:type="spellEnd"/>
      <w:r>
        <w:t xml:space="preserve"> se da se ne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cijela</w:t>
      </w:r>
      <w:proofErr w:type="spellEnd"/>
      <w:r>
        <w:t xml:space="preserve">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čestica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cijeli</w:t>
      </w:r>
      <w:proofErr w:type="spellEnd"/>
      <w:r>
        <w:t xml:space="preserve"> </w:t>
      </w:r>
      <w:proofErr w:type="spellStart"/>
      <w:r>
        <w:t>obuhvat</w:t>
      </w:r>
      <w:proofErr w:type="spellEnd"/>
      <w:r>
        <w:t xml:space="preserve"> </w:t>
      </w:r>
      <w:proofErr w:type="spellStart"/>
      <w:r>
        <w:t>zahvata</w:t>
      </w:r>
      <w:proofErr w:type="spellEnd"/>
      <w:r>
        <w:t xml:space="preserve">,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stvarna</w:t>
      </w:r>
      <w:proofErr w:type="spellEnd"/>
      <w:r>
        <w:t xml:space="preserve"> i </w:t>
      </w:r>
      <w:proofErr w:type="spellStart"/>
      <w:r>
        <w:t>funkcionalna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poslovnoj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>;</w:t>
      </w:r>
    </w:p>
    <w:p w14:paraId="67C7CC91" w14:textId="77777777" w:rsidR="00F75EC9" w:rsidRDefault="00221FED">
      <w:pPr>
        <w:pStyle w:val="Grafikeoznake"/>
        <w:spacing w:after="80"/>
        <w:ind w:left="567"/>
      </w:pPr>
      <w:proofErr w:type="spellStart"/>
      <w:r>
        <w:t>proizvodnja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iz </w:t>
      </w:r>
      <w:proofErr w:type="spellStart"/>
      <w:r>
        <w:t>obnovljivih</w:t>
      </w:r>
      <w:proofErr w:type="spellEnd"/>
      <w:r>
        <w:t xml:space="preserve">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izričito</w:t>
      </w:r>
      <w:proofErr w:type="spellEnd"/>
      <w:r>
        <w:t xml:space="preserve"> se </w:t>
      </w:r>
      <w:proofErr w:type="spellStart"/>
      <w:r>
        <w:t>svrstava</w:t>
      </w:r>
      <w:proofErr w:type="spellEnd"/>
      <w:r>
        <w:t xml:space="preserve">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proizvodne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s </w:t>
      </w:r>
      <w:proofErr w:type="spellStart"/>
      <w:r>
        <w:t>koeficijentom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2,00, </w:t>
      </w:r>
      <w:proofErr w:type="spellStart"/>
      <w:r>
        <w:t>dok</w:t>
      </w:r>
      <w:proofErr w:type="spellEnd"/>
      <w:r>
        <w:t xml:space="preserve"> se </w:t>
      </w:r>
      <w:proofErr w:type="spellStart"/>
      <w:r>
        <w:t>opskrba</w:t>
      </w:r>
      <w:proofErr w:type="spellEnd"/>
      <w:r>
        <w:t xml:space="preserve"> </w:t>
      </w:r>
      <w:proofErr w:type="spellStart"/>
      <w:r>
        <w:t>električnom</w:t>
      </w:r>
      <w:proofErr w:type="spellEnd"/>
      <w:r>
        <w:t xml:space="preserve"> </w:t>
      </w:r>
      <w:proofErr w:type="spellStart"/>
      <w:r>
        <w:t>energijom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u </w:t>
      </w:r>
      <w:proofErr w:type="spellStart"/>
      <w:r>
        <w:t>skupini</w:t>
      </w:r>
      <w:proofErr w:type="spellEnd"/>
      <w:r>
        <w:t xml:space="preserve"> s </w:t>
      </w:r>
      <w:proofErr w:type="spellStart"/>
      <w:r>
        <w:t>koeficijentom</w:t>
      </w:r>
      <w:proofErr w:type="spellEnd"/>
      <w:r>
        <w:t xml:space="preserve"> 10,00;</w:t>
      </w:r>
    </w:p>
    <w:p w14:paraId="76FFCFFB" w14:textId="77777777" w:rsidR="00F75EC9" w:rsidRDefault="00221FED">
      <w:pPr>
        <w:pStyle w:val="Grafikeoznake"/>
        <w:spacing w:after="80"/>
        <w:ind w:left="567"/>
      </w:pPr>
      <w:proofErr w:type="spellStart"/>
      <w:r>
        <w:t>jasnije</w:t>
      </w:r>
      <w:proofErr w:type="spellEnd"/>
      <w:r>
        <w:t xml:space="preserve"> se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dokumentacija</w:t>
      </w:r>
      <w:proofErr w:type="spellEnd"/>
      <w:r>
        <w:t xml:space="preserve"> i </w:t>
      </w:r>
      <w:proofErr w:type="spellStart"/>
      <w:r>
        <w:t>dokazna</w:t>
      </w:r>
      <w:proofErr w:type="spellEnd"/>
      <w:r>
        <w:t xml:space="preserve"> </w:t>
      </w:r>
      <w:proofErr w:type="spellStart"/>
      <w:r>
        <w:t>podloga</w:t>
      </w:r>
      <w:proofErr w:type="spellEnd"/>
      <w:r>
        <w:t xml:space="preserve"> za </w:t>
      </w:r>
      <w:proofErr w:type="spellStart"/>
      <w:r>
        <w:t>utvrđivanje</w:t>
      </w:r>
      <w:proofErr w:type="spellEnd"/>
      <w:r>
        <w:t xml:space="preserve"> </w:t>
      </w:r>
      <w:proofErr w:type="spellStart"/>
      <w:r>
        <w:t>obračunske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>;</w:t>
      </w:r>
    </w:p>
    <w:p w14:paraId="4EDAD34F" w14:textId="77777777" w:rsidR="00F75EC9" w:rsidRDefault="00221FED">
      <w:pPr>
        <w:pStyle w:val="Grafikeoznake"/>
        <w:spacing w:after="80"/>
        <w:ind w:left="567"/>
      </w:pPr>
      <w:proofErr w:type="spellStart"/>
      <w:r>
        <w:t>dopunjuje</w:t>
      </w:r>
      <w:proofErr w:type="spellEnd"/>
      <w:r>
        <w:t xml:space="preserve"> se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komunalnoj</w:t>
      </w:r>
      <w:proofErr w:type="spellEnd"/>
      <w:r>
        <w:t xml:space="preserve"> </w:t>
      </w:r>
      <w:proofErr w:type="spellStart"/>
      <w:r>
        <w:t>naknadi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kvalitetnijeg</w:t>
      </w:r>
      <w:proofErr w:type="spellEnd"/>
      <w:r>
        <w:t xml:space="preserve"> </w:t>
      </w:r>
      <w:proofErr w:type="spellStart"/>
      <w:r>
        <w:t>obrazloženja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, </w:t>
      </w:r>
      <w:proofErr w:type="spellStart"/>
      <w:r>
        <w:t>površine</w:t>
      </w:r>
      <w:proofErr w:type="spellEnd"/>
      <w:r>
        <w:t xml:space="preserve">, zone, </w:t>
      </w:r>
      <w:proofErr w:type="spellStart"/>
      <w:r>
        <w:t>koeficijenta</w:t>
      </w:r>
      <w:proofErr w:type="spellEnd"/>
      <w:r>
        <w:t xml:space="preserve"> i </w:t>
      </w:r>
      <w:proofErr w:type="spellStart"/>
      <w:r>
        <w:t>izračuna</w:t>
      </w:r>
      <w:proofErr w:type="spellEnd"/>
      <w:r>
        <w:t>.</w:t>
      </w:r>
    </w:p>
    <w:p w14:paraId="3BE952BE" w14:textId="77777777" w:rsidR="00F75EC9" w:rsidRDefault="00221FED">
      <w:pPr>
        <w:pStyle w:val="Grafikeoznake"/>
        <w:spacing w:after="80"/>
        <w:ind w:left="567"/>
      </w:pPr>
      <w:proofErr w:type="spellStart"/>
      <w:r>
        <w:t>ažurira</w:t>
      </w:r>
      <w:proofErr w:type="spellEnd"/>
      <w:r>
        <w:t xml:space="preserve"> se </w:t>
      </w:r>
      <w:proofErr w:type="spellStart"/>
      <w:r>
        <w:t>razvrstavanje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: </w:t>
      </w:r>
      <w:proofErr w:type="spellStart"/>
      <w:r>
        <w:t>primarna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OPG-a, </w:t>
      </w:r>
      <w:proofErr w:type="spellStart"/>
      <w:r>
        <w:t>stručna</w:t>
      </w:r>
      <w:proofErr w:type="spellEnd"/>
      <w:r>
        <w:t xml:space="preserve"> i </w:t>
      </w:r>
      <w:proofErr w:type="spellStart"/>
      <w:r>
        <w:t>znanstvena</w:t>
      </w:r>
      <w:proofErr w:type="spellEnd"/>
      <w:r>
        <w:t xml:space="preserve"> </w:t>
      </w:r>
      <w:proofErr w:type="spellStart"/>
      <w:r>
        <w:t>potpora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i </w:t>
      </w:r>
      <w:proofErr w:type="spellStart"/>
      <w:r>
        <w:t>skladištenje</w:t>
      </w:r>
      <w:proofErr w:type="spellEnd"/>
      <w:r>
        <w:t xml:space="preserve"> robe u </w:t>
      </w:r>
      <w:proofErr w:type="spellStart"/>
      <w:r>
        <w:t>skupini</w:t>
      </w:r>
      <w:proofErr w:type="spellEnd"/>
      <w:r>
        <w:t xml:space="preserve"> </w:t>
      </w:r>
      <w:proofErr w:type="spellStart"/>
      <w:r>
        <w:t>Kn</w:t>
      </w:r>
      <w:proofErr w:type="spellEnd"/>
      <w:r>
        <w:t xml:space="preserve"> 2,00; </w:t>
      </w:r>
      <w:proofErr w:type="spellStart"/>
      <w:r>
        <w:t>građevinarstvo</w:t>
      </w:r>
      <w:proofErr w:type="spellEnd"/>
      <w:r>
        <w:t xml:space="preserve"> i </w:t>
      </w:r>
      <w:proofErr w:type="spellStart"/>
      <w:r>
        <w:t>administrativne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u </w:t>
      </w:r>
      <w:proofErr w:type="spellStart"/>
      <w:r>
        <w:t>skupini</w:t>
      </w:r>
      <w:proofErr w:type="spellEnd"/>
      <w:r>
        <w:t xml:space="preserve"> </w:t>
      </w:r>
      <w:proofErr w:type="spellStart"/>
      <w:r>
        <w:t>Kn</w:t>
      </w:r>
      <w:proofErr w:type="spellEnd"/>
      <w:r>
        <w:t xml:space="preserve"> 8,00; </w:t>
      </w:r>
      <w:proofErr w:type="spellStart"/>
      <w:r>
        <w:t>inženjerstvo</w:t>
      </w:r>
      <w:proofErr w:type="spellEnd"/>
      <w:r>
        <w:t xml:space="preserve"> i </w:t>
      </w:r>
      <w:proofErr w:type="spellStart"/>
      <w:r>
        <w:t>tehničko</w:t>
      </w:r>
      <w:proofErr w:type="spellEnd"/>
      <w:r>
        <w:t xml:space="preserve"> </w:t>
      </w:r>
      <w:proofErr w:type="spellStart"/>
      <w:r>
        <w:t>savjetovanje</w:t>
      </w:r>
      <w:proofErr w:type="spellEnd"/>
      <w:r>
        <w:t xml:space="preserve"> u </w:t>
      </w:r>
      <w:proofErr w:type="spellStart"/>
      <w:r>
        <w:t>skupini</w:t>
      </w:r>
      <w:proofErr w:type="spellEnd"/>
      <w:r>
        <w:t xml:space="preserve"> </w:t>
      </w:r>
      <w:proofErr w:type="spellStart"/>
      <w:r>
        <w:t>Kn</w:t>
      </w:r>
      <w:proofErr w:type="spellEnd"/>
      <w:r>
        <w:t xml:space="preserve"> 9,00; </w:t>
      </w:r>
      <w:proofErr w:type="spellStart"/>
      <w:r>
        <w:t>te</w:t>
      </w:r>
      <w:proofErr w:type="spellEnd"/>
      <w:r>
        <w:t xml:space="preserve"> </w:t>
      </w:r>
      <w:proofErr w:type="spellStart"/>
      <w:r>
        <w:t>vulkanizerske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, </w:t>
      </w:r>
      <w:proofErr w:type="spellStart"/>
      <w:r>
        <w:t>autoškole</w:t>
      </w:r>
      <w:proofErr w:type="spellEnd"/>
      <w:r>
        <w:t xml:space="preserve">,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vozila</w:t>
      </w:r>
      <w:proofErr w:type="spellEnd"/>
      <w:r>
        <w:t xml:space="preserve">, </w:t>
      </w:r>
      <w:proofErr w:type="spellStart"/>
      <w:r>
        <w:t>financijske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, </w:t>
      </w:r>
      <w:proofErr w:type="spellStart"/>
      <w:r>
        <w:t>banke</w:t>
      </w:r>
      <w:proofErr w:type="spellEnd"/>
      <w:r>
        <w:t xml:space="preserve">, </w:t>
      </w:r>
      <w:proofErr w:type="spellStart"/>
      <w:r>
        <w:t>osiguranje</w:t>
      </w:r>
      <w:proofErr w:type="spellEnd"/>
      <w:r>
        <w:t xml:space="preserve"> i </w:t>
      </w:r>
      <w:proofErr w:type="spellStart"/>
      <w:r>
        <w:t>hoteli</w:t>
      </w:r>
      <w:proofErr w:type="spellEnd"/>
      <w:r>
        <w:t xml:space="preserve"> u </w:t>
      </w:r>
      <w:proofErr w:type="spellStart"/>
      <w:r>
        <w:t>skupini</w:t>
      </w:r>
      <w:proofErr w:type="spellEnd"/>
      <w:r>
        <w:t xml:space="preserve"> </w:t>
      </w:r>
      <w:proofErr w:type="spellStart"/>
      <w:r>
        <w:t>Kn</w:t>
      </w:r>
      <w:proofErr w:type="spellEnd"/>
      <w:r>
        <w:t xml:space="preserve"> 10,00.</w:t>
      </w:r>
    </w:p>
    <w:p w14:paraId="01182316" w14:textId="77777777" w:rsidR="00F75EC9" w:rsidRDefault="00221FED">
      <w:pPr>
        <w:spacing w:after="120"/>
        <w:jc w:val="both"/>
      </w:pPr>
      <w:r>
        <w:rPr>
          <w:b/>
        </w:rPr>
        <w:t xml:space="preserve">4. </w:t>
      </w:r>
      <w:proofErr w:type="spellStart"/>
      <w:r>
        <w:rPr>
          <w:b/>
        </w:rPr>
        <w:t>Učinak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obveznike</w:t>
      </w:r>
      <w:proofErr w:type="spellEnd"/>
      <w:r>
        <w:rPr>
          <w:b/>
        </w:rPr>
        <w:t xml:space="preserve"> i Grad Trilj</w:t>
      </w:r>
    </w:p>
    <w:p w14:paraId="1606B13A" w14:textId="77777777" w:rsidR="00F75EC9" w:rsidRDefault="00221FED">
      <w:pPr>
        <w:spacing w:after="120"/>
        <w:ind w:firstLine="567"/>
        <w:jc w:val="both"/>
      </w:pPr>
      <w:proofErr w:type="spellStart"/>
      <w:r>
        <w:t>Predložene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povećavaju</w:t>
      </w:r>
      <w:proofErr w:type="spellEnd"/>
      <w:r>
        <w:t xml:space="preserve"> </w:t>
      </w:r>
      <w:proofErr w:type="spellStart"/>
      <w:r>
        <w:t>pravnu</w:t>
      </w:r>
      <w:proofErr w:type="spellEnd"/>
      <w:r>
        <w:t xml:space="preserve"> </w:t>
      </w:r>
      <w:proofErr w:type="spellStart"/>
      <w:r>
        <w:t>sigurnost</w:t>
      </w:r>
      <w:proofErr w:type="spellEnd"/>
      <w:r>
        <w:t xml:space="preserve"> i </w:t>
      </w:r>
      <w:proofErr w:type="spellStart"/>
      <w:r>
        <w:t>predvidljivost</w:t>
      </w:r>
      <w:proofErr w:type="spellEnd"/>
      <w:r>
        <w:t xml:space="preserve"> za </w:t>
      </w:r>
      <w:proofErr w:type="spellStart"/>
      <w:r>
        <w:t>postojeće</w:t>
      </w:r>
      <w:proofErr w:type="spellEnd"/>
      <w:r>
        <w:t xml:space="preserve"> </w:t>
      </w:r>
      <w:proofErr w:type="spellStart"/>
      <w:r>
        <w:t>obveznike</w:t>
      </w:r>
      <w:proofErr w:type="spellEnd"/>
      <w:r>
        <w:t xml:space="preserve"> i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investitore</w:t>
      </w:r>
      <w:proofErr w:type="spellEnd"/>
      <w:r>
        <w:t xml:space="preserve">. </w:t>
      </w:r>
      <w:proofErr w:type="spellStart"/>
      <w:r>
        <w:t>Financijski</w:t>
      </w:r>
      <w:proofErr w:type="spellEnd"/>
      <w:r>
        <w:t xml:space="preserve"> </w:t>
      </w:r>
      <w:proofErr w:type="spellStart"/>
      <w:r>
        <w:t>učinak</w:t>
      </w:r>
      <w:proofErr w:type="spellEnd"/>
      <w:r>
        <w:t xml:space="preserve"> </w:t>
      </w:r>
      <w:proofErr w:type="spellStart"/>
      <w:r>
        <w:t>ovisit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o </w:t>
      </w:r>
      <w:proofErr w:type="spellStart"/>
      <w:r>
        <w:t>stvarnoj</w:t>
      </w:r>
      <w:proofErr w:type="spellEnd"/>
      <w:r>
        <w:t xml:space="preserve"> </w:t>
      </w:r>
      <w:proofErr w:type="spellStart"/>
      <w:r>
        <w:t>namjeni</w:t>
      </w:r>
      <w:proofErr w:type="spellEnd"/>
      <w:r>
        <w:t xml:space="preserve">, </w:t>
      </w:r>
      <w:proofErr w:type="spellStart"/>
      <w:r>
        <w:t>obračunskoj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, </w:t>
      </w:r>
      <w:proofErr w:type="spellStart"/>
      <w:r>
        <w:t>zoni</w:t>
      </w:r>
      <w:proofErr w:type="spellEnd"/>
      <w:r>
        <w:t xml:space="preserve"> i </w:t>
      </w:r>
      <w:proofErr w:type="spellStart"/>
      <w:r>
        <w:t>vrijednosti</w:t>
      </w:r>
      <w:proofErr w:type="spellEnd"/>
      <w:r>
        <w:t xml:space="preserve"> boda 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pojedinom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energetskih</w:t>
      </w:r>
      <w:proofErr w:type="spellEnd"/>
      <w:r>
        <w:t xml:space="preserve"> </w:t>
      </w:r>
      <w:proofErr w:type="spellStart"/>
      <w:r>
        <w:t>postrojenja</w:t>
      </w:r>
      <w:proofErr w:type="spellEnd"/>
      <w:r>
        <w:t xml:space="preserve"> ne </w:t>
      </w:r>
      <w:proofErr w:type="spellStart"/>
      <w:r>
        <w:t>uzima</w:t>
      </w:r>
      <w:proofErr w:type="spellEnd"/>
      <w:r>
        <w:t xml:space="preserve"> se </w:t>
      </w:r>
      <w:proofErr w:type="spellStart"/>
      <w:r>
        <w:t>automatski</w:t>
      </w:r>
      <w:proofErr w:type="spellEnd"/>
      <w:r>
        <w:t xml:space="preserve"> </w:t>
      </w:r>
      <w:proofErr w:type="spellStart"/>
      <w:r>
        <w:t>cijela</w:t>
      </w:r>
      <w:proofErr w:type="spellEnd"/>
      <w:r>
        <w:t xml:space="preserve">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čestica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cijeli</w:t>
      </w:r>
      <w:proofErr w:type="spellEnd"/>
      <w:r>
        <w:t xml:space="preserve"> </w:t>
      </w:r>
      <w:proofErr w:type="spellStart"/>
      <w:r>
        <w:t>obuhvat</w:t>
      </w:r>
      <w:proofErr w:type="spellEnd"/>
      <w:r>
        <w:t xml:space="preserve"> </w:t>
      </w:r>
      <w:proofErr w:type="spellStart"/>
      <w:r>
        <w:t>zahvata</w:t>
      </w:r>
      <w:proofErr w:type="spellEnd"/>
      <w:r>
        <w:t xml:space="preserve">,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stvarna</w:t>
      </w:r>
      <w:proofErr w:type="spellEnd"/>
      <w:r>
        <w:t xml:space="preserve"> i </w:t>
      </w:r>
      <w:proofErr w:type="spellStart"/>
      <w:r>
        <w:t>dokaziva</w:t>
      </w:r>
      <w:proofErr w:type="spellEnd"/>
      <w:r>
        <w:t xml:space="preserve"> </w:t>
      </w:r>
      <w:proofErr w:type="spellStart"/>
      <w:r>
        <w:t>funkcionalna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poslovnoj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. </w:t>
      </w:r>
      <w:proofErr w:type="spellStart"/>
      <w:r>
        <w:t>Investitori</w:t>
      </w:r>
      <w:proofErr w:type="spellEnd"/>
      <w:r>
        <w:t xml:space="preserve"> i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obveznici</w:t>
      </w:r>
      <w:proofErr w:type="spellEnd"/>
      <w:r>
        <w:t xml:space="preserve"> </w:t>
      </w:r>
      <w:proofErr w:type="spellStart"/>
      <w:r>
        <w:t>imat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raspoloživu</w:t>
      </w:r>
      <w:proofErr w:type="spellEnd"/>
      <w:r>
        <w:t xml:space="preserve"> </w:t>
      </w:r>
      <w:proofErr w:type="spellStart"/>
      <w:r>
        <w:t>tehničku</w:t>
      </w:r>
      <w:proofErr w:type="spellEnd"/>
      <w:r>
        <w:t xml:space="preserve"> i </w:t>
      </w:r>
      <w:proofErr w:type="spellStart"/>
      <w:r>
        <w:t>geodetsku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i </w:t>
      </w:r>
      <w:proofErr w:type="spellStart"/>
      <w:r>
        <w:t>očitovanja</w:t>
      </w:r>
      <w:proofErr w:type="spellEnd"/>
      <w:r>
        <w:t xml:space="preserve"> u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. Za </w:t>
      </w:r>
      <w:proofErr w:type="spellStart"/>
      <w:r>
        <w:t>primarnu</w:t>
      </w:r>
      <w:proofErr w:type="spellEnd"/>
      <w:r>
        <w:t xml:space="preserve"> </w:t>
      </w:r>
      <w:proofErr w:type="spellStart"/>
      <w:r>
        <w:t>poljoprivrednu</w:t>
      </w:r>
      <w:proofErr w:type="spellEnd"/>
      <w:r>
        <w:t xml:space="preserve"> </w:t>
      </w:r>
      <w:proofErr w:type="spellStart"/>
      <w:r>
        <w:t>proizvodnju</w:t>
      </w:r>
      <w:proofErr w:type="spellEnd"/>
      <w:r>
        <w:t xml:space="preserve"> OPG-a </w:t>
      </w:r>
      <w:proofErr w:type="spellStart"/>
      <w:r>
        <w:lastRenderedPageBreak/>
        <w:t>primjenjuje</w:t>
      </w:r>
      <w:proofErr w:type="spellEnd"/>
      <w:r>
        <w:t xml:space="preserve"> se </w:t>
      </w:r>
      <w:proofErr w:type="spellStart"/>
      <w:r>
        <w:t>Kn</w:t>
      </w:r>
      <w:proofErr w:type="spellEnd"/>
      <w:r>
        <w:t xml:space="preserve"> 2,00, </w:t>
      </w:r>
      <w:proofErr w:type="spellStart"/>
      <w:r>
        <w:t>dok</w:t>
      </w:r>
      <w:proofErr w:type="spellEnd"/>
      <w:r>
        <w:t xml:space="preserve"> se </w:t>
      </w:r>
      <w:proofErr w:type="spellStart"/>
      <w:r>
        <w:t>prerada</w:t>
      </w:r>
      <w:proofErr w:type="spellEnd"/>
      <w:r>
        <w:t xml:space="preserve">, </w:t>
      </w:r>
      <w:proofErr w:type="spellStart"/>
      <w:r>
        <w:t>trgovina</w:t>
      </w:r>
      <w:proofErr w:type="spellEnd"/>
      <w:r>
        <w:t xml:space="preserve">, </w:t>
      </w:r>
      <w:proofErr w:type="spellStart"/>
      <w:r>
        <w:t>ugostiteljstvo</w:t>
      </w:r>
      <w:proofErr w:type="spellEnd"/>
      <w:r>
        <w:t xml:space="preserve">, </w:t>
      </w:r>
      <w:proofErr w:type="spellStart"/>
      <w:r>
        <w:t>smještaj</w:t>
      </w:r>
      <w:proofErr w:type="spellEnd"/>
      <w:r>
        <w:t xml:space="preserve">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dopunske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razvrstavaju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stvarno</w:t>
      </w:r>
      <w:proofErr w:type="spellEnd"/>
      <w:r>
        <w:t xml:space="preserve"> </w:t>
      </w:r>
      <w:proofErr w:type="spellStart"/>
      <w:r>
        <w:t>obavlja</w:t>
      </w:r>
      <w:proofErr w:type="spellEnd"/>
      <w:r>
        <w:t>.</w:t>
      </w:r>
    </w:p>
    <w:p w14:paraId="19C9B452" w14:textId="77777777" w:rsidR="00F75EC9" w:rsidRDefault="00221FED">
      <w:pPr>
        <w:spacing w:after="120"/>
        <w:jc w:val="both"/>
      </w:pPr>
      <w:r>
        <w:rPr>
          <w:b/>
        </w:rPr>
        <w:t xml:space="preserve">5. </w:t>
      </w:r>
      <w:proofErr w:type="spellStart"/>
      <w:r>
        <w:rPr>
          <w:b/>
        </w:rPr>
        <w:t>Financijska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sredstva</w:t>
      </w:r>
      <w:proofErr w:type="spellEnd"/>
    </w:p>
    <w:p w14:paraId="6A17803F" w14:textId="77777777" w:rsidR="00F75EC9" w:rsidRDefault="00221FED">
      <w:pPr>
        <w:spacing w:after="120"/>
        <w:ind w:firstLine="567"/>
        <w:jc w:val="both"/>
      </w:pPr>
      <w:r>
        <w:t xml:space="preserve">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potrebna</w:t>
      </w:r>
      <w:proofErr w:type="spellEnd"/>
      <w:r>
        <w:t xml:space="preserve"> </w:t>
      </w:r>
      <w:proofErr w:type="spellStart"/>
      <w:r>
        <w:t>dodatna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u </w:t>
      </w:r>
      <w:proofErr w:type="spellStart"/>
      <w:r>
        <w:t>Proračunu</w:t>
      </w:r>
      <w:proofErr w:type="spellEnd"/>
      <w:r>
        <w:t xml:space="preserve"> Grada Trilja. </w:t>
      </w:r>
      <w:proofErr w:type="spellStart"/>
      <w:r>
        <w:t>Provedba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obavljati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redovitih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za </w:t>
      </w:r>
      <w:proofErr w:type="spellStart"/>
      <w:r>
        <w:t>komunalno</w:t>
      </w:r>
      <w:proofErr w:type="spellEnd"/>
      <w:r>
        <w:t xml:space="preserve"> </w:t>
      </w:r>
      <w:proofErr w:type="spellStart"/>
      <w:r>
        <w:t>gospodarstvo</w:t>
      </w:r>
      <w:proofErr w:type="spellEnd"/>
      <w:r>
        <w:t>.</w:t>
      </w:r>
    </w:p>
    <w:sectPr w:rsidR="00F75EC9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0F2B" w14:textId="77777777" w:rsidR="00654E41" w:rsidRDefault="00654E41">
      <w:pPr>
        <w:spacing w:after="0" w:line="240" w:lineRule="auto"/>
      </w:pPr>
      <w:r>
        <w:separator/>
      </w:r>
    </w:p>
  </w:endnote>
  <w:endnote w:type="continuationSeparator" w:id="0">
    <w:p w14:paraId="04BA35BB" w14:textId="77777777" w:rsidR="00654E41" w:rsidRDefault="0065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8CDE" w14:textId="31E4A5DD" w:rsidR="00F75EC9" w:rsidRDefault="00F75EC9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596B" w14:textId="77777777" w:rsidR="00654E41" w:rsidRDefault="00654E41">
      <w:pPr>
        <w:spacing w:after="0" w:line="240" w:lineRule="auto"/>
      </w:pPr>
      <w:r>
        <w:separator/>
      </w:r>
    </w:p>
  </w:footnote>
  <w:footnote w:type="continuationSeparator" w:id="0">
    <w:p w14:paraId="30933614" w14:textId="77777777" w:rsidR="00654E41" w:rsidRDefault="0065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E07D6A"/>
    <w:multiLevelType w:val="hybridMultilevel"/>
    <w:tmpl w:val="F762049C"/>
    <w:lvl w:ilvl="0" w:tplc="35B60602"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 w16cid:durableId="1558710266">
    <w:abstractNumId w:val="8"/>
  </w:num>
  <w:num w:numId="2" w16cid:durableId="2072460709">
    <w:abstractNumId w:val="6"/>
  </w:num>
  <w:num w:numId="3" w16cid:durableId="1538590523">
    <w:abstractNumId w:val="5"/>
  </w:num>
  <w:num w:numId="4" w16cid:durableId="1949199546">
    <w:abstractNumId w:val="4"/>
  </w:num>
  <w:num w:numId="5" w16cid:durableId="504059297">
    <w:abstractNumId w:val="7"/>
  </w:num>
  <w:num w:numId="6" w16cid:durableId="112408940">
    <w:abstractNumId w:val="3"/>
  </w:num>
  <w:num w:numId="7" w16cid:durableId="1594585636">
    <w:abstractNumId w:val="2"/>
  </w:num>
  <w:num w:numId="8" w16cid:durableId="1456949434">
    <w:abstractNumId w:val="1"/>
  </w:num>
  <w:num w:numId="9" w16cid:durableId="1261063744">
    <w:abstractNumId w:val="0"/>
  </w:num>
  <w:num w:numId="10" w16cid:durableId="19349765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9A0"/>
    <w:rsid w:val="00034616"/>
    <w:rsid w:val="00047763"/>
    <w:rsid w:val="000552EF"/>
    <w:rsid w:val="0006063C"/>
    <w:rsid w:val="0010339C"/>
    <w:rsid w:val="0015074B"/>
    <w:rsid w:val="001B499A"/>
    <w:rsid w:val="001C1C47"/>
    <w:rsid w:val="001C79B3"/>
    <w:rsid w:val="00205F53"/>
    <w:rsid w:val="00221FED"/>
    <w:rsid w:val="002530A0"/>
    <w:rsid w:val="002700EB"/>
    <w:rsid w:val="00281076"/>
    <w:rsid w:val="00285649"/>
    <w:rsid w:val="0029639D"/>
    <w:rsid w:val="00297BAF"/>
    <w:rsid w:val="002A35DE"/>
    <w:rsid w:val="00326F90"/>
    <w:rsid w:val="003522F6"/>
    <w:rsid w:val="003A204F"/>
    <w:rsid w:val="003A56F0"/>
    <w:rsid w:val="003C54F3"/>
    <w:rsid w:val="003D480C"/>
    <w:rsid w:val="004240F3"/>
    <w:rsid w:val="004A579C"/>
    <w:rsid w:val="004E5848"/>
    <w:rsid w:val="0059675C"/>
    <w:rsid w:val="0060483F"/>
    <w:rsid w:val="00654E41"/>
    <w:rsid w:val="00683708"/>
    <w:rsid w:val="006B0D9C"/>
    <w:rsid w:val="006E1E02"/>
    <w:rsid w:val="00715129"/>
    <w:rsid w:val="00757EE6"/>
    <w:rsid w:val="007900B3"/>
    <w:rsid w:val="00850A5B"/>
    <w:rsid w:val="00863517"/>
    <w:rsid w:val="008A0106"/>
    <w:rsid w:val="008B7B49"/>
    <w:rsid w:val="008E686B"/>
    <w:rsid w:val="009739F3"/>
    <w:rsid w:val="009C6232"/>
    <w:rsid w:val="00A21AF4"/>
    <w:rsid w:val="00A53057"/>
    <w:rsid w:val="00AA0E00"/>
    <w:rsid w:val="00AA1D8D"/>
    <w:rsid w:val="00AD191A"/>
    <w:rsid w:val="00AF1DBA"/>
    <w:rsid w:val="00B00726"/>
    <w:rsid w:val="00B47730"/>
    <w:rsid w:val="00B9521A"/>
    <w:rsid w:val="00C50308"/>
    <w:rsid w:val="00CB0664"/>
    <w:rsid w:val="00CC298E"/>
    <w:rsid w:val="00D021E9"/>
    <w:rsid w:val="00D57F9F"/>
    <w:rsid w:val="00DB2119"/>
    <w:rsid w:val="00DE079C"/>
    <w:rsid w:val="00E07FA0"/>
    <w:rsid w:val="00E20915"/>
    <w:rsid w:val="00E44E57"/>
    <w:rsid w:val="00F13796"/>
    <w:rsid w:val="00F75EC9"/>
    <w:rsid w:val="00F85394"/>
    <w:rsid w:val="00FC693F"/>
    <w:rsid w:val="00F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E150E"/>
  <w14:defaultImageDpi w14:val="300"/>
  <w15:docId w15:val="{B848CE37-C5E0-4062-B576-C77E32EF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2252</Words>
  <Characters>12838</Characters>
  <Application>Microsoft Office Word</Application>
  <DocSecurity>0</DocSecurity>
  <Lines>106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Prijedlog Odluke o izmjenama i dopunama Odluke o komunalnoj naknadi - OIE</vt:lpstr>
      <vt:lpstr/>
    </vt:vector>
  </TitlesOfParts>
  <Manager/>
  <Company/>
  <LinksUpToDate>false</LinksUpToDate>
  <CharactersWithSpaces>15060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Odluke o izmjenama i dopunama Odluke o komunalnoj naknadi - OIE</dc:title>
  <dc:subject>Grad Trilj, komunalna naknada, vjetroelektrane, solarne elektrane</dc:subject>
  <dc:creator>Luka Bitunjac | Grad Trilj</dc:creator>
  <cp:keywords>komunalna naknada, OIE, vjetroelektrane, solarne elektrane, Grad Trilj</cp:keywords>
  <dc:description>generated by python-docx</dc:description>
  <cp:lastModifiedBy>Marko Varvodić</cp:lastModifiedBy>
  <cp:revision>3</cp:revision>
  <dcterms:created xsi:type="dcterms:W3CDTF">2026-09-14T12:38:00Z</dcterms:created>
  <dcterms:modified xsi:type="dcterms:W3CDTF">2026-09-14T12:42:00Z</dcterms:modified>
  <cp:category/>
</cp:coreProperties>
</file>