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E656" w14:textId="77777777" w:rsidR="000831D0" w:rsidRPr="000831D0" w:rsidRDefault="000831D0" w:rsidP="000831D0">
      <w:pPr>
        <w:rPr>
          <w:rFonts w:ascii="Times New Roman" w:hAnsi="Times New Roman" w:cs="Times New Roman"/>
        </w:rPr>
      </w:pPr>
    </w:p>
    <w:p w14:paraId="55F5B046" w14:textId="77777777" w:rsidR="00474CCF" w:rsidRDefault="00567FB3">
      <w:pPr>
        <w:pStyle w:val="Naslov"/>
        <w:spacing w:after="40"/>
        <w:jc w:val="center"/>
        <w:rPr>
          <w:rFonts w:ascii="Times New Roman" w:hAnsi="Times New Roman" w:cs="Times New Roman"/>
        </w:rPr>
      </w:pPr>
      <w:r w:rsidRPr="000831D0">
        <w:rPr>
          <w:rFonts w:ascii="Times New Roman" w:hAnsi="Times New Roman" w:cs="Times New Roman"/>
        </w:rPr>
        <w:t xml:space="preserve"> PRIJAVA ZA EVIDENTIRANJE </w:t>
      </w:r>
    </w:p>
    <w:p w14:paraId="5138FF81" w14:textId="50B8A097" w:rsidR="00BA29DC" w:rsidRPr="000831D0" w:rsidRDefault="00000000">
      <w:pPr>
        <w:pStyle w:val="Naslov"/>
        <w:spacing w:after="40"/>
        <w:jc w:val="center"/>
        <w:rPr>
          <w:rFonts w:ascii="Times New Roman" w:hAnsi="Times New Roman" w:cs="Times New Roman"/>
        </w:rPr>
      </w:pPr>
      <w:r w:rsidRPr="000831D0">
        <w:rPr>
          <w:rFonts w:ascii="Times New Roman" w:hAnsi="Times New Roman" w:cs="Times New Roman"/>
        </w:rPr>
        <w:t>KORISNIKA GROBNOG MJESTA</w:t>
      </w:r>
    </w:p>
    <w:p w14:paraId="19904A76" w14:textId="77777777" w:rsidR="00BA29DC" w:rsidRPr="000831D0" w:rsidRDefault="00000000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0831D0">
        <w:rPr>
          <w:rFonts w:ascii="Times New Roman" w:hAnsi="Times New Roman" w:cs="Times New Roman"/>
          <w:i/>
          <w:sz w:val="20"/>
          <w:szCs w:val="20"/>
        </w:rPr>
        <w:t>uz Javni poziv za evidentiranje korisnika grobnih mjesta i uspostavu grobnog očevidnika</w:t>
      </w:r>
    </w:p>
    <w:tbl>
      <w:tblPr>
        <w:tblW w:w="0" w:type="auto"/>
        <w:jc w:val="center"/>
        <w:tblBorders>
          <w:top w:val="single" w:sz="5" w:space="0" w:color="AAB7C4"/>
          <w:left w:val="single" w:sz="5" w:space="0" w:color="AAB7C4"/>
          <w:bottom w:val="single" w:sz="5" w:space="0" w:color="AAB7C4"/>
          <w:right w:val="single" w:sz="5" w:space="0" w:color="AAB7C4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175"/>
      </w:tblGrid>
      <w:tr w:rsidR="00015D1A" w:rsidRPr="000831D0" w14:paraId="34395899" w14:textId="77777777" w:rsidTr="00C671AA">
        <w:trPr>
          <w:cantSplit/>
          <w:jc w:val="center"/>
        </w:trPr>
        <w:tc>
          <w:tcPr>
            <w:tcW w:w="1814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571E8A" w14:textId="77777777" w:rsidR="00015D1A" w:rsidRPr="000831D0" w:rsidRDefault="00015D1A">
            <w:pPr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Datum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zaprimanja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>:</w:t>
            </w:r>
          </w:p>
        </w:tc>
        <w:tc>
          <w:tcPr>
            <w:tcW w:w="317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AB6C7B" w14:textId="77777777" w:rsidR="00015D1A" w:rsidRPr="000831D0" w:rsidRDefault="00015D1A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6ED7BFF" w14:textId="21A7CED5" w:rsidR="00BA29DC" w:rsidRPr="000831D0" w:rsidRDefault="00BA29DC">
      <w:pPr>
        <w:spacing w:after="2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A29DC" w:rsidRPr="000831D0" w14:paraId="3986A128" w14:textId="77777777">
        <w:trPr>
          <w:cantSplit/>
          <w:jc w:val="center"/>
        </w:trPr>
        <w:tc>
          <w:tcPr>
            <w:tcW w:w="10312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C2429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  <w:b/>
                <w:color w:val="FFFFFF"/>
                <w:sz w:val="22"/>
              </w:rPr>
              <w:t>1. PODACI O PODNOSITELJU PRIJAVE</w:t>
            </w:r>
          </w:p>
        </w:tc>
      </w:tr>
    </w:tbl>
    <w:p w14:paraId="6A05A809" w14:textId="77777777" w:rsidR="00BA29DC" w:rsidRPr="000831D0" w:rsidRDefault="00BA29DC">
      <w:pPr>
        <w:spacing w:after="0"/>
        <w:rPr>
          <w:rFonts w:ascii="Times New Roman" w:hAnsi="Times New Roman" w:cs="Times New Roman"/>
        </w:rPr>
      </w:pPr>
    </w:p>
    <w:tbl>
      <w:tblPr>
        <w:tblW w:w="10312" w:type="dxa"/>
        <w:jc w:val="center"/>
        <w:tblBorders>
          <w:top w:val="single" w:sz="5" w:space="0" w:color="AAB7C4"/>
          <w:left w:val="single" w:sz="5" w:space="0" w:color="AAB7C4"/>
          <w:bottom w:val="single" w:sz="5" w:space="0" w:color="AAB7C4"/>
          <w:right w:val="single" w:sz="5" w:space="0" w:color="AAB7C4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77"/>
      </w:tblGrid>
      <w:tr w:rsidR="00BA29DC" w:rsidRPr="000831D0" w14:paraId="7E61809C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49F943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Ime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39BBE3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DC" w:rsidRPr="000831D0" w14:paraId="27F1642B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23B919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OIB</w:t>
            </w:r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C8F396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DC" w:rsidRPr="000831D0" w14:paraId="50BF8513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5815CB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Adresa prebivališta</w:t>
            </w:r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A3D3EC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DC" w:rsidRPr="000831D0" w14:paraId="06D83D4C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6D476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Poštanski broj i mjesto</w:t>
            </w:r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B940D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DC" w:rsidRPr="000831D0" w14:paraId="5479F7F9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0FB60D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Broj telefona / mobitela</w:t>
            </w:r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27B00A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DC" w:rsidRPr="000831D0" w14:paraId="1FDA3B2F" w14:textId="77777777" w:rsidTr="00015D1A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D9FA47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Adresa elektroničke pošte</w:t>
            </w:r>
          </w:p>
        </w:tc>
        <w:tc>
          <w:tcPr>
            <w:tcW w:w="747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061E4C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F59A28" w14:textId="6990A1A8" w:rsidR="00BA29DC" w:rsidRPr="000831D0" w:rsidRDefault="00BA29DC">
      <w:pPr>
        <w:spacing w:before="6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A29DC" w:rsidRPr="000831D0" w14:paraId="4447F2B1" w14:textId="77777777">
        <w:trPr>
          <w:cantSplit/>
          <w:jc w:val="center"/>
        </w:trPr>
        <w:tc>
          <w:tcPr>
            <w:tcW w:w="10312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D3C11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  <w:b/>
                <w:color w:val="FFFFFF"/>
                <w:sz w:val="22"/>
              </w:rPr>
              <w:t>2. PODACI O GROBNOM MJESTU</w:t>
            </w:r>
          </w:p>
        </w:tc>
      </w:tr>
    </w:tbl>
    <w:p w14:paraId="44EAFD9C" w14:textId="77777777" w:rsidR="00BA29DC" w:rsidRPr="000831D0" w:rsidRDefault="00BA29DC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5" w:space="0" w:color="AAB7C4"/>
          <w:left w:val="single" w:sz="5" w:space="0" w:color="AAB7C4"/>
          <w:bottom w:val="single" w:sz="5" w:space="0" w:color="AAB7C4"/>
          <w:right w:val="single" w:sz="5" w:space="0" w:color="AAB7C4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6973"/>
      </w:tblGrid>
      <w:tr w:rsidR="00BA29DC" w:rsidRPr="000831D0" w14:paraId="74265AA6" w14:textId="77777777" w:rsidTr="002D6EA9">
        <w:trPr>
          <w:cantSplit/>
          <w:jc w:val="center"/>
        </w:trPr>
        <w:tc>
          <w:tcPr>
            <w:tcW w:w="325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1EE0D4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Naziv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groblja</w:t>
            </w:r>
            <w:proofErr w:type="spellEnd"/>
          </w:p>
        </w:tc>
        <w:tc>
          <w:tcPr>
            <w:tcW w:w="697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94D5A5" w14:textId="77777777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A29DC" w:rsidRPr="000831D0" w14:paraId="26450286" w14:textId="77777777" w:rsidTr="002D6EA9">
        <w:trPr>
          <w:cantSplit/>
          <w:jc w:val="center"/>
        </w:trPr>
        <w:tc>
          <w:tcPr>
            <w:tcW w:w="325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C8D277" w14:textId="2D6D9474" w:rsidR="00BA29DC" w:rsidRPr="000831D0" w:rsidRDefault="004E211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Sektor /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broj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grobnog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mjesta</w:t>
            </w:r>
            <w:proofErr w:type="spellEnd"/>
          </w:p>
        </w:tc>
        <w:tc>
          <w:tcPr>
            <w:tcW w:w="697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EC669" w14:textId="5DEA1FE6" w:rsidR="00BA29DC" w:rsidRPr="000831D0" w:rsidRDefault="00BA29DC">
            <w:pPr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A29DC" w:rsidRPr="000831D0" w14:paraId="24FDB160" w14:textId="77777777" w:rsidTr="002D6EA9">
        <w:trPr>
          <w:cantSplit/>
          <w:jc w:val="center"/>
        </w:trPr>
        <w:tc>
          <w:tcPr>
            <w:tcW w:w="325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4A58BD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Vrsta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grobnog</w:t>
            </w:r>
            <w:proofErr w:type="spellEnd"/>
            <w:r w:rsidRPr="000831D0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b/>
                <w:sz w:val="22"/>
              </w:rPr>
              <w:t>mjesta</w:t>
            </w:r>
            <w:proofErr w:type="spellEnd"/>
          </w:p>
        </w:tc>
        <w:tc>
          <w:tcPr>
            <w:tcW w:w="697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DA17F1" w14:textId="48E3E9A8" w:rsidR="00AA0DE4" w:rsidRPr="000831D0" w:rsidRDefault="000000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Segoe UI Symbol" w:hAnsi="Segoe UI Symbol" w:cs="Segoe UI Symbol"/>
                <w:sz w:val="22"/>
              </w:rPr>
              <w:t>☐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grobnica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veličine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3+1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  </w:t>
            </w:r>
          </w:p>
          <w:p w14:paraId="03A24613" w14:textId="6FD11317" w:rsidR="00AA0DE4" w:rsidRPr="000831D0" w:rsidRDefault="000000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Segoe UI Symbol" w:hAnsi="Segoe UI Symbol" w:cs="Segoe UI Symbol"/>
                <w:sz w:val="22"/>
              </w:rPr>
              <w:t>☐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grobnica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veličine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6+1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69FBECBD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Segoe UI Symbol" w:hAnsi="Segoe UI Symbol" w:cs="Segoe UI Symbol"/>
                <w:sz w:val="22"/>
              </w:rPr>
              <w:t>☐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uređeno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grobno</w:t>
            </w:r>
            <w:proofErr w:type="spellEnd"/>
            <w:r w:rsidR="00AA0DE4"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AA0DE4" w:rsidRPr="000831D0">
              <w:rPr>
                <w:rFonts w:ascii="Times New Roman" w:hAnsi="Times New Roman" w:cs="Times New Roman"/>
                <w:sz w:val="22"/>
              </w:rPr>
              <w:t>okno</w:t>
            </w:r>
            <w:proofErr w:type="spellEnd"/>
          </w:p>
          <w:p w14:paraId="682B3E6B" w14:textId="380C35B6" w:rsidR="00AA0DE4" w:rsidRPr="000831D0" w:rsidRDefault="00AA0DE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0831D0">
              <w:rPr>
                <w:rFonts w:ascii="Segoe UI Symbol" w:hAnsi="Segoe UI Symbol" w:cs="Segoe UI Symbol"/>
                <w:sz w:val="22"/>
              </w:rPr>
              <w:t>☐</w:t>
            </w:r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sz w:val="22"/>
              </w:rPr>
              <w:t>zemljano</w:t>
            </w:r>
            <w:proofErr w:type="spellEnd"/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sz w:val="22"/>
              </w:rPr>
              <w:t>grobno</w:t>
            </w:r>
            <w:proofErr w:type="spellEnd"/>
            <w:r w:rsidRPr="000831D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831D0">
              <w:rPr>
                <w:rFonts w:ascii="Times New Roman" w:hAnsi="Times New Roman" w:cs="Times New Roman"/>
                <w:sz w:val="22"/>
              </w:rPr>
              <w:t>mjesto</w:t>
            </w:r>
            <w:proofErr w:type="spellEnd"/>
          </w:p>
        </w:tc>
      </w:tr>
    </w:tbl>
    <w:p w14:paraId="4FDB9A22" w14:textId="6C96A510" w:rsidR="00BA29DC" w:rsidRPr="000831D0" w:rsidRDefault="00000000">
      <w:pPr>
        <w:spacing w:before="60" w:after="80"/>
        <w:rPr>
          <w:rFonts w:ascii="Times New Roman" w:hAnsi="Times New Roman" w:cs="Times New Roman"/>
          <w:b/>
          <w:sz w:val="22"/>
        </w:rPr>
      </w:pPr>
      <w:r w:rsidRPr="000831D0">
        <w:rPr>
          <w:rFonts w:ascii="Segoe UI Symbol" w:hAnsi="Segoe UI Symbol" w:cs="Segoe UI Symbol"/>
          <w:b/>
          <w:sz w:val="22"/>
        </w:rPr>
        <w:t>☐</w:t>
      </w:r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Nisam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u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mogućnosti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samostalno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identificirati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grobno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mjesto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i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molim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pomoć</w:t>
      </w:r>
      <w:proofErr w:type="spellEnd"/>
      <w:r w:rsidRPr="000831D0">
        <w:rPr>
          <w:rFonts w:ascii="Times New Roman" w:hAnsi="Times New Roman" w:cs="Times New Roman"/>
          <w:b/>
          <w:sz w:val="22"/>
        </w:rPr>
        <w:t xml:space="preserve"> Grada </w:t>
      </w:r>
      <w:proofErr w:type="spellStart"/>
      <w:r w:rsidRPr="000831D0">
        <w:rPr>
          <w:rFonts w:ascii="Times New Roman" w:hAnsi="Times New Roman" w:cs="Times New Roman"/>
          <w:b/>
          <w:sz w:val="22"/>
        </w:rPr>
        <w:t>Trilja</w:t>
      </w:r>
      <w:proofErr w:type="spellEnd"/>
      <w:r w:rsidRPr="000831D0">
        <w:rPr>
          <w:rFonts w:ascii="Times New Roman" w:hAnsi="Times New Roman" w:cs="Times New Roman"/>
          <w:b/>
          <w:sz w:val="22"/>
        </w:rPr>
        <w:t>.</w:t>
      </w:r>
    </w:p>
    <w:p w14:paraId="42F5AC5F" w14:textId="77777777" w:rsidR="000831D0" w:rsidRDefault="000831D0">
      <w:pPr>
        <w:spacing w:before="60" w:after="8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A29DC" w:rsidRPr="000831D0" w14:paraId="3E2395FA" w14:textId="77777777">
        <w:trPr>
          <w:cantSplit/>
          <w:jc w:val="center"/>
        </w:trPr>
        <w:tc>
          <w:tcPr>
            <w:tcW w:w="10312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ECE3E" w14:textId="77777777" w:rsidR="00BA29DC" w:rsidRPr="000831D0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  <w:b/>
                <w:color w:val="FFFFFF"/>
                <w:sz w:val="22"/>
              </w:rPr>
              <w:t>3. PODACI O UKOPANIM OSOBAMA</w:t>
            </w:r>
          </w:p>
        </w:tc>
      </w:tr>
    </w:tbl>
    <w:p w14:paraId="049F31CB" w14:textId="77777777" w:rsidR="00BA29DC" w:rsidRPr="000831D0" w:rsidRDefault="00BA29DC">
      <w:pPr>
        <w:spacing w:after="0"/>
        <w:rPr>
          <w:rFonts w:ascii="Times New Roman" w:hAnsi="Times New Roman" w:cs="Times New Roman"/>
        </w:rPr>
      </w:pPr>
    </w:p>
    <w:tbl>
      <w:tblPr>
        <w:tblW w:w="10232" w:type="dxa"/>
        <w:jc w:val="center"/>
        <w:tblBorders>
          <w:top w:val="single" w:sz="5" w:space="0" w:color="AAB7C4"/>
          <w:left w:val="single" w:sz="5" w:space="0" w:color="AAB7C4"/>
          <w:bottom w:val="single" w:sz="5" w:space="0" w:color="AAB7C4"/>
          <w:right w:val="single" w:sz="5" w:space="0" w:color="AAB7C4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3556"/>
        <w:gridCol w:w="1635"/>
        <w:gridCol w:w="1984"/>
        <w:gridCol w:w="1701"/>
      </w:tblGrid>
      <w:tr w:rsidR="00BA29DC" w:rsidRPr="00231087" w14:paraId="2A83A7F3" w14:textId="77777777" w:rsidTr="00D16074">
        <w:trPr>
          <w:cantSplit/>
          <w:jc w:val="center"/>
        </w:trPr>
        <w:tc>
          <w:tcPr>
            <w:tcW w:w="1356" w:type="dxa"/>
            <w:shd w:val="clear" w:color="auto" w:fill="1F4E79"/>
          </w:tcPr>
          <w:p w14:paraId="18320600" w14:textId="77777777" w:rsidR="00BA29DC" w:rsidRPr="00231087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8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R.br.</w:t>
            </w:r>
          </w:p>
        </w:tc>
        <w:tc>
          <w:tcPr>
            <w:tcW w:w="3556" w:type="dxa"/>
            <w:shd w:val="clear" w:color="auto" w:fill="1F4E79"/>
          </w:tcPr>
          <w:p w14:paraId="1CDD9F17" w14:textId="77777777" w:rsidR="00BA29DC" w:rsidRPr="00231087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8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Ime i prezime umrle osobe</w:t>
            </w:r>
          </w:p>
        </w:tc>
        <w:tc>
          <w:tcPr>
            <w:tcW w:w="1635" w:type="dxa"/>
            <w:shd w:val="clear" w:color="auto" w:fill="1F4E79"/>
          </w:tcPr>
          <w:p w14:paraId="24CE1626" w14:textId="77777777" w:rsidR="00BA29DC" w:rsidRPr="00231087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8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Godina rođenja</w:t>
            </w:r>
          </w:p>
        </w:tc>
        <w:tc>
          <w:tcPr>
            <w:tcW w:w="1984" w:type="dxa"/>
            <w:shd w:val="clear" w:color="auto" w:fill="1F4E79"/>
          </w:tcPr>
          <w:p w14:paraId="4527D290" w14:textId="77777777" w:rsidR="00BA29DC" w:rsidRPr="00231087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8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Datum / godina smrti</w:t>
            </w:r>
          </w:p>
        </w:tc>
        <w:tc>
          <w:tcPr>
            <w:tcW w:w="1701" w:type="dxa"/>
            <w:shd w:val="clear" w:color="auto" w:fill="1F4E79"/>
          </w:tcPr>
          <w:p w14:paraId="4867ED25" w14:textId="77777777" w:rsidR="00BA29DC" w:rsidRPr="00231087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8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Srodstvo s podnositeljem</w:t>
            </w:r>
          </w:p>
        </w:tc>
      </w:tr>
      <w:tr w:rsidR="00BA29DC" w:rsidRPr="000831D0" w14:paraId="649841BE" w14:textId="77777777" w:rsidTr="00D16074">
        <w:trPr>
          <w:cantSplit/>
          <w:jc w:val="center"/>
        </w:trPr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20A0C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128261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86C05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01652C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9056E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</w:tr>
      <w:tr w:rsidR="00BA29DC" w:rsidRPr="000831D0" w14:paraId="18F999B5" w14:textId="77777777" w:rsidTr="00D16074">
        <w:trPr>
          <w:cantSplit/>
          <w:jc w:val="center"/>
        </w:trPr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4751B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9C43A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BEF00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1D779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2D8B6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</w:tr>
      <w:tr w:rsidR="00BA29DC" w:rsidRPr="000831D0" w14:paraId="5FCD5EC4" w14:textId="77777777" w:rsidTr="00D16074">
        <w:trPr>
          <w:cantSplit/>
          <w:jc w:val="center"/>
        </w:trPr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78152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78278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C39945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2CB0E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E0A41" w14:textId="77777777" w:rsidR="00BA29DC" w:rsidRPr="000831D0" w:rsidRDefault="00BA29DC">
            <w:pPr>
              <w:rPr>
                <w:rFonts w:ascii="Times New Roman" w:hAnsi="Times New Roman" w:cs="Times New Roman"/>
              </w:rPr>
            </w:pPr>
          </w:p>
        </w:tc>
      </w:tr>
      <w:tr w:rsidR="00015D1A" w:rsidRPr="000831D0" w14:paraId="05E66F19" w14:textId="77777777" w:rsidTr="00D16074">
        <w:trPr>
          <w:cantSplit/>
          <w:jc w:val="center"/>
        </w:trPr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FAB5B3" w14:textId="7440C1BC" w:rsidR="00015D1A" w:rsidRPr="000831D0" w:rsidRDefault="00015D1A">
            <w:pPr>
              <w:jc w:val="center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99714" w14:textId="77777777" w:rsidR="00015D1A" w:rsidRPr="000831D0" w:rsidRDefault="00015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5A845" w14:textId="77777777" w:rsidR="00015D1A" w:rsidRPr="000831D0" w:rsidRDefault="00015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515E9" w14:textId="77777777" w:rsidR="00015D1A" w:rsidRPr="000831D0" w:rsidRDefault="00015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68A5A" w14:textId="77777777" w:rsidR="00015D1A" w:rsidRPr="000831D0" w:rsidRDefault="00015D1A">
            <w:pPr>
              <w:rPr>
                <w:rFonts w:ascii="Times New Roman" w:hAnsi="Times New Roman" w:cs="Times New Roman"/>
              </w:rPr>
            </w:pPr>
          </w:p>
        </w:tc>
      </w:tr>
      <w:tr w:rsidR="00231087" w:rsidRPr="000831D0" w14:paraId="6C02DEA2" w14:textId="77777777" w:rsidTr="00D16074">
        <w:trPr>
          <w:cantSplit/>
          <w:jc w:val="center"/>
        </w:trPr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EE33F" w14:textId="7DABC531" w:rsidR="00231087" w:rsidRPr="000831D0" w:rsidRDefault="00231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0AACB" w14:textId="77777777" w:rsidR="00231087" w:rsidRPr="000831D0" w:rsidRDefault="00231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535D1" w14:textId="77777777" w:rsidR="00231087" w:rsidRPr="000831D0" w:rsidRDefault="00231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E6760" w14:textId="77777777" w:rsidR="00231087" w:rsidRPr="000831D0" w:rsidRDefault="00231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07630" w14:textId="77777777" w:rsidR="00231087" w:rsidRPr="000831D0" w:rsidRDefault="00231087">
            <w:pPr>
              <w:rPr>
                <w:rFonts w:ascii="Times New Roman" w:hAnsi="Times New Roman" w:cs="Times New Roman"/>
              </w:rPr>
            </w:pPr>
          </w:p>
        </w:tc>
      </w:tr>
    </w:tbl>
    <w:p w14:paraId="0830299F" w14:textId="49EC9175" w:rsidR="00BA29DC" w:rsidRPr="000831D0" w:rsidRDefault="00BA29DC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A29DC" w:rsidRPr="000831D0" w14:paraId="33D88B8E" w14:textId="77777777">
        <w:trPr>
          <w:cantSplit/>
          <w:jc w:val="center"/>
        </w:trPr>
        <w:tc>
          <w:tcPr>
            <w:tcW w:w="10312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DBFBD" w14:textId="23275385" w:rsidR="00BA29DC" w:rsidRPr="000831D0" w:rsidRDefault="004E211F">
            <w:pPr>
              <w:spacing w:after="0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  <w:b/>
                <w:color w:val="FFFFFF"/>
                <w:sz w:val="22"/>
              </w:rPr>
              <w:lastRenderedPageBreak/>
              <w:t>4. DOKUMENTACIJA UZ PRIJAVU</w:t>
            </w:r>
          </w:p>
        </w:tc>
      </w:tr>
    </w:tbl>
    <w:p w14:paraId="5630AD66" w14:textId="77777777" w:rsidR="00BA29DC" w:rsidRPr="000831D0" w:rsidRDefault="00BA29DC">
      <w:pPr>
        <w:spacing w:after="0"/>
        <w:rPr>
          <w:rFonts w:ascii="Times New Roman" w:hAnsi="Times New Roman" w:cs="Times New Roman"/>
        </w:rPr>
      </w:pPr>
    </w:p>
    <w:p w14:paraId="14726A3A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preslika osobne iskaznice ili druge identifikacijske isprave</w:t>
      </w:r>
    </w:p>
    <w:p w14:paraId="7EA09E88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rješenje o nasljeđivanju</w:t>
      </w:r>
    </w:p>
    <w:p w14:paraId="51542134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rješenje / isprava o dodjeli grobnog mjesta</w:t>
      </w:r>
    </w:p>
    <w:p w14:paraId="37E6C11E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ugovor, sporazum ili izjava</w:t>
      </w:r>
    </w:p>
    <w:p w14:paraId="29DFA5F1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fotografija grobnog mjesta / natpisa</w:t>
      </w:r>
    </w:p>
    <w:p w14:paraId="3C836C71" w14:textId="77777777" w:rsidR="00BA29DC" w:rsidRPr="000831D0" w:rsidRDefault="00000000">
      <w:pPr>
        <w:spacing w:after="40"/>
        <w:ind w:left="170"/>
        <w:rPr>
          <w:rFonts w:ascii="Times New Roman" w:hAnsi="Times New Roman" w:cs="Times New Roman"/>
          <w:sz w:val="22"/>
        </w:rPr>
      </w:pPr>
      <w:r w:rsidRPr="000831D0">
        <w:rPr>
          <w:rFonts w:ascii="Segoe UI Symbol" w:hAnsi="Segoe UI Symbol" w:cs="Segoe UI Symbol"/>
          <w:sz w:val="22"/>
        </w:rPr>
        <w:t>☐</w:t>
      </w:r>
      <w:r w:rsidRPr="000831D0">
        <w:rPr>
          <w:rFonts w:ascii="Times New Roman" w:hAnsi="Times New Roman" w:cs="Times New Roman"/>
          <w:sz w:val="22"/>
        </w:rPr>
        <w:t xml:space="preserve"> drugo: ______________________________________________</w:t>
      </w:r>
    </w:p>
    <w:p w14:paraId="103FCB1E" w14:textId="77777777" w:rsidR="00AA0DE4" w:rsidRPr="000831D0" w:rsidRDefault="00AA0DE4">
      <w:pPr>
        <w:spacing w:after="40"/>
        <w:ind w:left="170"/>
        <w:rPr>
          <w:rFonts w:ascii="Times New Roman" w:hAnsi="Times New Roman" w:cs="Times New Roman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A29DC" w:rsidRPr="000831D0" w14:paraId="3922D7E7" w14:textId="77777777">
        <w:trPr>
          <w:cantSplit/>
          <w:jc w:val="center"/>
        </w:trPr>
        <w:tc>
          <w:tcPr>
            <w:tcW w:w="10312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15C9A7" w14:textId="5F630AC6" w:rsidR="00BA29DC" w:rsidRPr="000831D0" w:rsidRDefault="004E211F">
            <w:pPr>
              <w:spacing w:after="0"/>
              <w:rPr>
                <w:rFonts w:ascii="Times New Roman" w:hAnsi="Times New Roman" w:cs="Times New Roman"/>
              </w:rPr>
            </w:pPr>
            <w:r w:rsidRPr="000831D0">
              <w:rPr>
                <w:rFonts w:ascii="Times New Roman" w:hAnsi="Times New Roman" w:cs="Times New Roman"/>
                <w:b/>
                <w:color w:val="FFFFFF"/>
                <w:sz w:val="22"/>
              </w:rPr>
              <w:t>5. IZJAVA PODNOSITELJA</w:t>
            </w:r>
          </w:p>
        </w:tc>
      </w:tr>
    </w:tbl>
    <w:p w14:paraId="61829076" w14:textId="77777777" w:rsidR="00BA29DC" w:rsidRPr="000831D0" w:rsidRDefault="00BA29DC">
      <w:pPr>
        <w:spacing w:after="0"/>
        <w:rPr>
          <w:rFonts w:ascii="Times New Roman" w:hAnsi="Times New Roman" w:cs="Times New Roman"/>
        </w:rPr>
      </w:pPr>
    </w:p>
    <w:p w14:paraId="2FCCF018" w14:textId="77777777" w:rsidR="00BA29DC" w:rsidRPr="000831D0" w:rsidRDefault="00000000">
      <w:pPr>
        <w:jc w:val="both"/>
        <w:rPr>
          <w:rFonts w:ascii="Times New Roman" w:hAnsi="Times New Roman" w:cs="Times New Roman"/>
          <w:sz w:val="20"/>
          <w:szCs w:val="20"/>
        </w:rPr>
      </w:pPr>
      <w:r w:rsidRPr="000831D0">
        <w:rPr>
          <w:rFonts w:ascii="Times New Roman" w:hAnsi="Times New Roman" w:cs="Times New Roman"/>
          <w:b/>
          <w:bCs/>
          <w:sz w:val="20"/>
          <w:szCs w:val="20"/>
        </w:rPr>
        <w:t>Pod</w:t>
      </w:r>
      <w:r w:rsidRPr="000831D0">
        <w:rPr>
          <w:rFonts w:ascii="Times New Roman" w:hAnsi="Times New Roman" w:cs="Times New Roman"/>
          <w:sz w:val="20"/>
          <w:szCs w:val="20"/>
        </w:rPr>
        <w:t xml:space="preserve"> </w:t>
      </w:r>
      <w:r w:rsidRPr="000831D0">
        <w:rPr>
          <w:rFonts w:ascii="Times New Roman" w:hAnsi="Times New Roman" w:cs="Times New Roman"/>
          <w:b/>
          <w:bCs/>
          <w:sz w:val="20"/>
          <w:szCs w:val="20"/>
        </w:rPr>
        <w:t>materijalnom i kaznenom odgovornošću</w:t>
      </w:r>
      <w:r w:rsidRPr="000831D0">
        <w:rPr>
          <w:rFonts w:ascii="Times New Roman" w:hAnsi="Times New Roman" w:cs="Times New Roman"/>
          <w:sz w:val="20"/>
          <w:szCs w:val="20"/>
        </w:rPr>
        <w:t xml:space="preserve"> izjavljujem da su podaci navedeni u ovoj prijavi istiniti i potpuni prema mojem najboljem znanju te da priložene isprave odgovaraju izvornicima. Suglasan/na sam da Grad Trilj, radi provjere navoda i vođenja grobnog očevidnika i registra umrlih osoba, provjeri podatke u službenim evidencijama i zatraži dopunu dokumentacije. Obvezujem se prijaviti svaku promjenu podataka važnu za evidenciju korisnika grobnog mjesta.</w:t>
      </w:r>
    </w:p>
    <w:p w14:paraId="2BA226A1" w14:textId="77777777" w:rsidR="00BA29DC" w:rsidRPr="000831D0" w:rsidRDefault="00BA29DC">
      <w:pPr>
        <w:spacing w:after="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5" w:space="0" w:color="AAB7C4"/>
          <w:left w:val="single" w:sz="5" w:space="0" w:color="AAB7C4"/>
          <w:bottom w:val="single" w:sz="5" w:space="0" w:color="AAB7C4"/>
          <w:right w:val="single" w:sz="5" w:space="0" w:color="AAB7C4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4876"/>
      </w:tblGrid>
      <w:tr w:rsidR="00BA29DC" w:rsidRPr="000831D0" w14:paraId="1230A0C3" w14:textId="77777777">
        <w:trPr>
          <w:cantSplit/>
          <w:jc w:val="center"/>
        </w:trPr>
        <w:tc>
          <w:tcPr>
            <w:tcW w:w="510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A4D5E6" w14:textId="77777777" w:rsidR="00BA29DC" w:rsidRPr="000831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Mjesto i datum:</w:t>
            </w:r>
          </w:p>
        </w:tc>
        <w:tc>
          <w:tcPr>
            <w:tcW w:w="487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302BBE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  <w:tr w:rsidR="00BA29DC" w:rsidRPr="000831D0" w14:paraId="2876E677" w14:textId="77777777">
        <w:trPr>
          <w:cantSplit/>
          <w:jc w:val="center"/>
        </w:trPr>
        <w:tc>
          <w:tcPr>
            <w:tcW w:w="510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BB3CC5" w14:textId="77777777" w:rsidR="00BA29DC" w:rsidRPr="000831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Vlastoručni potpis podnositelja:</w:t>
            </w:r>
          </w:p>
        </w:tc>
        <w:tc>
          <w:tcPr>
            <w:tcW w:w="487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9FA1A4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  <w:tr w:rsidR="00BA29DC" w:rsidRPr="000831D0" w14:paraId="1FDFDCE8" w14:textId="77777777">
        <w:trPr>
          <w:cantSplit/>
          <w:jc w:val="center"/>
        </w:trPr>
        <w:tc>
          <w:tcPr>
            <w:tcW w:w="510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D06B17D" w14:textId="77777777" w:rsidR="00BA29DC" w:rsidRPr="000831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b/>
                <w:sz w:val="20"/>
                <w:szCs w:val="20"/>
              </w:rPr>
              <w:t>Potpis druge osobe koja je pomogla pri ispunjavanju (ako je primjenjivo):</w:t>
            </w:r>
          </w:p>
        </w:tc>
        <w:tc>
          <w:tcPr>
            <w:tcW w:w="487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3E2EE4" w14:textId="77777777" w:rsidR="00BA29DC" w:rsidRPr="000831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1D0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</w:tbl>
    <w:p w14:paraId="3218C801" w14:textId="77777777" w:rsidR="00D16074" w:rsidRPr="000831D0" w:rsidRDefault="00D16074">
      <w:pPr>
        <w:spacing w:before="120" w:after="40"/>
        <w:rPr>
          <w:rFonts w:ascii="Times New Roman" w:hAnsi="Times New Roman" w:cs="Times New Roman"/>
          <w:b/>
          <w:color w:val="1F4E79"/>
          <w:sz w:val="20"/>
          <w:szCs w:val="20"/>
        </w:rPr>
      </w:pPr>
    </w:p>
    <w:p w14:paraId="7D412A7F" w14:textId="0FBBC8F3" w:rsidR="00BA29DC" w:rsidRPr="000831D0" w:rsidRDefault="00000000">
      <w:pPr>
        <w:spacing w:before="120" w:after="40"/>
        <w:rPr>
          <w:rFonts w:ascii="Times New Roman" w:hAnsi="Times New Roman" w:cs="Times New Roman"/>
          <w:sz w:val="20"/>
          <w:szCs w:val="20"/>
        </w:rPr>
      </w:pPr>
      <w:r w:rsidRPr="000831D0">
        <w:rPr>
          <w:rFonts w:ascii="Times New Roman" w:hAnsi="Times New Roman" w:cs="Times New Roman"/>
          <w:b/>
          <w:color w:val="1F4E79"/>
          <w:sz w:val="20"/>
          <w:szCs w:val="20"/>
        </w:rPr>
        <w:t>INFORMACIJA O OBRADI OSOBNIH PODATAKA</w:t>
      </w:r>
    </w:p>
    <w:p w14:paraId="6BBB0A46" w14:textId="77777777" w:rsidR="00BA29DC" w:rsidRPr="000831D0" w:rsidRDefault="00000000">
      <w:pPr>
        <w:spacing w:after="8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31D0">
        <w:rPr>
          <w:rFonts w:ascii="Times New Roman" w:hAnsi="Times New Roman" w:cs="Times New Roman"/>
          <w:i/>
          <w:iCs/>
          <w:sz w:val="20"/>
          <w:szCs w:val="20"/>
        </w:rPr>
        <w:t>Osobni podaci iz ove prijave obrađuju se radi provedbe postupka evidentiranja korisnika grobnih mjesta, uspostave i vođenja grobnog očevidnika i registra umrlih osoba te izvršavanja poslova upravljanja grobljima. Podaci će se čuvati u rokovima određenima propisima o uredskom poslovanju, arhivskom gradivu i posebnim propisima. Dodatne informacije o obradi osobnih podataka i ostvarivanju prava ispitanika dostupne su kod Grada Trilja.</w:t>
      </w:r>
    </w:p>
    <w:p w14:paraId="671A20DC" w14:textId="77777777" w:rsidR="00835003" w:rsidRPr="000831D0" w:rsidRDefault="00835003">
      <w:pPr>
        <w:rPr>
          <w:rFonts w:ascii="Times New Roman" w:hAnsi="Times New Roman" w:cs="Times New Roman"/>
        </w:rPr>
      </w:pPr>
    </w:p>
    <w:sectPr w:rsidR="00835003" w:rsidRPr="000831D0" w:rsidSect="00034616">
      <w:footerReference w:type="default" r:id="rId8"/>
      <w:pgSz w:w="12240" w:h="15840"/>
      <w:pgMar w:top="680" w:right="964" w:bottom="680" w:left="96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7B53" w14:textId="77777777" w:rsidR="0011420D" w:rsidRDefault="0011420D">
      <w:pPr>
        <w:spacing w:after="0" w:line="240" w:lineRule="auto"/>
      </w:pPr>
      <w:r>
        <w:separator/>
      </w:r>
    </w:p>
  </w:endnote>
  <w:endnote w:type="continuationSeparator" w:id="0">
    <w:p w14:paraId="3C453C38" w14:textId="77777777" w:rsidR="0011420D" w:rsidRDefault="0011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AEF9" w14:textId="77777777" w:rsidR="00BA29DC" w:rsidRDefault="00000000">
    <w:pPr>
      <w:pStyle w:val="Podnoje"/>
      <w:jc w:val="center"/>
    </w:pPr>
    <w:r>
      <w:rPr>
        <w:color w:val="5A5A5A"/>
        <w:sz w:val="16"/>
      </w:rPr>
      <w:t xml:space="preserve">Grad Trilj | </w:t>
    </w:r>
    <w:proofErr w:type="spellStart"/>
    <w:r>
      <w:rPr>
        <w:color w:val="5A5A5A"/>
        <w:sz w:val="16"/>
      </w:rPr>
      <w:t>Poljičke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Republike</w:t>
    </w:r>
    <w:proofErr w:type="spellEnd"/>
    <w:r>
      <w:rPr>
        <w:color w:val="5A5A5A"/>
        <w:sz w:val="16"/>
      </w:rPr>
      <w:t xml:space="preserve"> 15, 21240 Trilj | grad@trilj.hr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A5F0" w14:textId="77777777" w:rsidR="0011420D" w:rsidRDefault="0011420D">
      <w:pPr>
        <w:spacing w:after="0" w:line="240" w:lineRule="auto"/>
      </w:pPr>
      <w:r>
        <w:separator/>
      </w:r>
    </w:p>
  </w:footnote>
  <w:footnote w:type="continuationSeparator" w:id="0">
    <w:p w14:paraId="0AA3EF8E" w14:textId="77777777" w:rsidR="0011420D" w:rsidRDefault="00114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1350936">
    <w:abstractNumId w:val="8"/>
  </w:num>
  <w:num w:numId="2" w16cid:durableId="1423261021">
    <w:abstractNumId w:val="6"/>
  </w:num>
  <w:num w:numId="3" w16cid:durableId="100145146">
    <w:abstractNumId w:val="5"/>
  </w:num>
  <w:num w:numId="4" w16cid:durableId="1577281105">
    <w:abstractNumId w:val="4"/>
  </w:num>
  <w:num w:numId="5" w16cid:durableId="711999214">
    <w:abstractNumId w:val="7"/>
  </w:num>
  <w:num w:numId="6" w16cid:durableId="1569268937">
    <w:abstractNumId w:val="3"/>
  </w:num>
  <w:num w:numId="7" w16cid:durableId="396363599">
    <w:abstractNumId w:val="2"/>
  </w:num>
  <w:num w:numId="8" w16cid:durableId="1612710121">
    <w:abstractNumId w:val="1"/>
  </w:num>
  <w:num w:numId="9" w16cid:durableId="117453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D1A"/>
    <w:rsid w:val="00034616"/>
    <w:rsid w:val="0006063C"/>
    <w:rsid w:val="000831D0"/>
    <w:rsid w:val="000B406B"/>
    <w:rsid w:val="0011420D"/>
    <w:rsid w:val="0015074B"/>
    <w:rsid w:val="00231087"/>
    <w:rsid w:val="0029639D"/>
    <w:rsid w:val="002D6EA9"/>
    <w:rsid w:val="00326F90"/>
    <w:rsid w:val="00465038"/>
    <w:rsid w:val="00474CCF"/>
    <w:rsid w:val="004E211F"/>
    <w:rsid w:val="00567FB3"/>
    <w:rsid w:val="00835003"/>
    <w:rsid w:val="00AA0DE4"/>
    <w:rsid w:val="00AA1D8D"/>
    <w:rsid w:val="00B40EAC"/>
    <w:rsid w:val="00B47730"/>
    <w:rsid w:val="00BA29DC"/>
    <w:rsid w:val="00C0502F"/>
    <w:rsid w:val="00CB0664"/>
    <w:rsid w:val="00D16074"/>
    <w:rsid w:val="00E61B44"/>
    <w:rsid w:val="00FC693F"/>
    <w:rsid w:val="485277F4"/>
    <w:rsid w:val="60C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1910BD9-6F33-4F5D-B991-541785F7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eastAsia="Aptos" w:hAnsi="Aptos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FFFFFF"/>
      <w:sz w:val="23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evidentiranje korisnika grobnog mjesta</vt:lpstr>
    </vt:vector>
  </TitlesOfParts>
  <Manager/>
  <Company/>
  <LinksUpToDate>false</LinksUpToDate>
  <CharactersWithSpaces>2233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evidentiranje korisnika grobnog mjesta</dc:title>
  <dc:subject>Obrazac uz Javni poziv Grada Trilja</dc:subject>
  <dc:creator>Luka Bitunjac | Grad Trilj</dc:creator>
  <cp:keywords/>
  <dc:description>generated by python-docx</dc:description>
  <cp:lastModifiedBy>Luka Bitunjac | Grad Trilj</cp:lastModifiedBy>
  <cp:revision>11</cp:revision>
  <dcterms:created xsi:type="dcterms:W3CDTF">2026-10-21T08:33:00Z</dcterms:created>
  <dcterms:modified xsi:type="dcterms:W3CDTF">2026-10-22T07:22:00Z</dcterms:modified>
  <cp:category/>
</cp:coreProperties>
</file>